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B4F4" w14:textId="2E1D450A" w:rsidR="00E0405C" w:rsidRPr="007B625C" w:rsidRDefault="002D76AF" w:rsidP="006E77DB">
      <w:pPr>
        <w:pStyle w:val="Nzev"/>
        <w:jc w:val="center"/>
        <w:rPr>
          <w:b/>
          <w:bCs/>
          <w:sz w:val="48"/>
          <w:szCs w:val="48"/>
        </w:rPr>
      </w:pPr>
      <w:r w:rsidRPr="007B625C">
        <w:rPr>
          <w:rFonts w:ascii="Times New Roman" w:hAnsi="Times New Roman"/>
          <w:b/>
          <w:bCs/>
          <w:sz w:val="48"/>
          <w:szCs w:val="48"/>
        </w:rPr>
        <w:t>KOALIČNÍ SMLOUVA</w:t>
      </w:r>
    </w:p>
    <w:p w14:paraId="74E3C902" w14:textId="1F839D15" w:rsidR="00E0405C" w:rsidRPr="007B625C" w:rsidRDefault="002D76AF" w:rsidP="006E77DB">
      <w:pPr>
        <w:pStyle w:val="Nzev"/>
        <w:jc w:val="center"/>
        <w:rPr>
          <w:rFonts w:ascii="Times New Roman" w:hAnsi="Times New Roman"/>
          <w:b/>
          <w:bCs/>
          <w:sz w:val="48"/>
          <w:szCs w:val="48"/>
        </w:rPr>
      </w:pPr>
      <w:r w:rsidRPr="007B625C">
        <w:rPr>
          <w:rFonts w:ascii="Times New Roman" w:hAnsi="Times New Roman"/>
          <w:b/>
          <w:bCs/>
          <w:sz w:val="48"/>
          <w:szCs w:val="48"/>
        </w:rPr>
        <w:t xml:space="preserve">pro Zastupitelstvo města Brna ve volebním období </w:t>
      </w:r>
      <w:proofErr w:type="gramStart"/>
      <w:r w:rsidRPr="007B625C">
        <w:rPr>
          <w:rFonts w:ascii="Times New Roman" w:hAnsi="Times New Roman"/>
          <w:b/>
          <w:bCs/>
          <w:sz w:val="48"/>
          <w:szCs w:val="48"/>
        </w:rPr>
        <w:t>2026</w:t>
      </w:r>
      <w:r w:rsidR="002576E8" w:rsidRPr="007B625C">
        <w:rPr>
          <w:rFonts w:ascii="Times New Roman" w:hAnsi="Times New Roman"/>
          <w:b/>
          <w:bCs/>
          <w:sz w:val="48"/>
          <w:szCs w:val="48"/>
        </w:rPr>
        <w:t xml:space="preserve"> - </w:t>
      </w:r>
      <w:r w:rsidRPr="007B625C">
        <w:rPr>
          <w:rFonts w:ascii="Times New Roman" w:hAnsi="Times New Roman"/>
          <w:b/>
          <w:bCs/>
          <w:sz w:val="48"/>
          <w:szCs w:val="48"/>
        </w:rPr>
        <w:t>2030</w:t>
      </w:r>
      <w:proofErr w:type="gramEnd"/>
    </w:p>
    <w:p w14:paraId="4ED34881" w14:textId="77777777" w:rsidR="00E0405C" w:rsidRPr="00933C6A" w:rsidRDefault="002D76AF" w:rsidP="00933C6A">
      <w:pPr>
        <w:pStyle w:val="Nadpis1"/>
        <w:jc w:val="center"/>
        <w:rPr>
          <w:rFonts w:ascii="Times New Roman" w:hAnsi="Times New Roman"/>
          <w:sz w:val="28"/>
        </w:rPr>
      </w:pPr>
      <w:r w:rsidRPr="00933C6A">
        <w:rPr>
          <w:rFonts w:ascii="Times New Roman" w:hAnsi="Times New Roman"/>
          <w:sz w:val="28"/>
        </w:rPr>
        <w:t>I. Smluvní strany a účel smlouvy</w:t>
      </w:r>
    </w:p>
    <w:p w14:paraId="4D2402D2" w14:textId="77777777" w:rsidR="00933C6A" w:rsidRPr="00933C6A" w:rsidRDefault="00933C6A" w:rsidP="00933C6A">
      <w:pPr>
        <w:rPr>
          <w:sz w:val="28"/>
          <w:szCs w:val="28"/>
        </w:rPr>
      </w:pPr>
    </w:p>
    <w:p w14:paraId="1A915D13" w14:textId="48B29793" w:rsidR="00E0405C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>Tuto koaliční smlouvu uzavírají zástupci volebních subjektů Lidovci a Starostové</w:t>
      </w:r>
      <w:r w:rsidR="009E05BA" w:rsidRPr="00933C6A">
        <w:rPr>
          <w:sz w:val="24"/>
          <w:szCs w:val="24"/>
        </w:rPr>
        <w:t xml:space="preserve"> </w:t>
      </w:r>
      <w:r w:rsidR="00933C6A">
        <w:rPr>
          <w:sz w:val="24"/>
          <w:szCs w:val="24"/>
        </w:rPr>
        <w:t>-</w:t>
      </w:r>
      <w:r w:rsidR="009E05BA" w:rsidRPr="00933C6A">
        <w:rPr>
          <w:sz w:val="24"/>
          <w:szCs w:val="24"/>
        </w:rPr>
        <w:t xml:space="preserve"> Brno blíž lidem</w:t>
      </w:r>
      <w:r w:rsidRPr="00933C6A">
        <w:rPr>
          <w:sz w:val="24"/>
          <w:szCs w:val="24"/>
        </w:rPr>
        <w:t>, ODS</w:t>
      </w:r>
      <w:r w:rsidR="009E05BA" w:rsidRPr="00933C6A">
        <w:rPr>
          <w:sz w:val="24"/>
          <w:szCs w:val="24"/>
        </w:rPr>
        <w:t>,</w:t>
      </w:r>
      <w:r w:rsidRPr="00933C6A">
        <w:rPr>
          <w:sz w:val="24"/>
          <w:szCs w:val="24"/>
        </w:rPr>
        <w:t xml:space="preserve"> TOP 09</w:t>
      </w:r>
      <w:r w:rsidR="00024B08" w:rsidRPr="00933C6A">
        <w:rPr>
          <w:sz w:val="24"/>
          <w:szCs w:val="24"/>
        </w:rPr>
        <w:t xml:space="preserve"> a nezávislí</w:t>
      </w:r>
      <w:r w:rsidRPr="00933C6A">
        <w:rPr>
          <w:sz w:val="24"/>
          <w:szCs w:val="24"/>
        </w:rPr>
        <w:t xml:space="preserve">, Zelené Brno, </w:t>
      </w:r>
      <w:r w:rsidR="006A0B28" w:rsidRPr="00933C6A">
        <w:rPr>
          <w:sz w:val="24"/>
          <w:szCs w:val="24"/>
        </w:rPr>
        <w:t xml:space="preserve">Piráti a Fakt Brno TU! </w:t>
      </w:r>
      <w:r w:rsidRPr="00933C6A">
        <w:rPr>
          <w:sz w:val="24"/>
          <w:szCs w:val="24"/>
        </w:rPr>
        <w:t>a Za Lužánky (dále jen „koaliční partneři“), s</w:t>
      </w:r>
      <w:r w:rsidR="00265728" w:rsidRPr="00933C6A">
        <w:rPr>
          <w:sz w:val="24"/>
          <w:szCs w:val="24"/>
        </w:rPr>
        <w:t> </w:t>
      </w:r>
      <w:r w:rsidRPr="00933C6A">
        <w:rPr>
          <w:sz w:val="24"/>
          <w:szCs w:val="24"/>
        </w:rPr>
        <w:t>cílem vytvořit stabilní většinu v Zastupitelstvu města Brna a společně nést odpovědnost za správu města ve volebním období 2026</w:t>
      </w:r>
      <w:r w:rsidR="005F501E">
        <w:rPr>
          <w:sz w:val="24"/>
          <w:szCs w:val="24"/>
        </w:rPr>
        <w:t xml:space="preserve"> - 2</w:t>
      </w:r>
      <w:r w:rsidRPr="00933C6A">
        <w:rPr>
          <w:sz w:val="24"/>
          <w:szCs w:val="24"/>
        </w:rPr>
        <w:t xml:space="preserve">030. </w:t>
      </w:r>
    </w:p>
    <w:p w14:paraId="72FE3FF1" w14:textId="77777777" w:rsidR="007B625C" w:rsidRDefault="002D76AF" w:rsidP="005F501E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>Koaliční partneři respektují svobodný mandát členů zastupitelstva, zákonné pravomoci orgánů města a</w:t>
      </w:r>
      <w:r w:rsidR="00265728" w:rsidRPr="00933C6A">
        <w:rPr>
          <w:sz w:val="24"/>
          <w:szCs w:val="24"/>
        </w:rPr>
        <w:t> </w:t>
      </w:r>
      <w:r w:rsidRPr="00933C6A">
        <w:rPr>
          <w:sz w:val="24"/>
          <w:szCs w:val="24"/>
        </w:rPr>
        <w:t>zásadu, že tato smlouva je politickou dohodou, nikoliv náhradou zákonných rozhodovacích postupů.</w:t>
      </w:r>
    </w:p>
    <w:p w14:paraId="50A1ACE8" w14:textId="5B47F7E7" w:rsidR="00E0405C" w:rsidRPr="005F501E" w:rsidRDefault="002D76AF" w:rsidP="005F501E">
      <w:pPr>
        <w:spacing w:line="480" w:lineRule="auto"/>
        <w:jc w:val="center"/>
        <w:rPr>
          <w:b/>
          <w:bCs/>
          <w:sz w:val="28"/>
          <w:szCs w:val="28"/>
        </w:rPr>
      </w:pPr>
      <w:r w:rsidRPr="005F501E">
        <w:rPr>
          <w:b/>
          <w:bCs/>
          <w:sz w:val="28"/>
          <w:szCs w:val="28"/>
        </w:rPr>
        <w:t>II. Hodnotová východiska a společné principy</w:t>
      </w:r>
    </w:p>
    <w:p w14:paraId="65732E59" w14:textId="78A0707E" w:rsidR="00E0405C" w:rsidRPr="00933C6A" w:rsidRDefault="002D76AF" w:rsidP="005F501E">
      <w:pPr>
        <w:jc w:val="both"/>
        <w:rPr>
          <w:sz w:val="24"/>
          <w:szCs w:val="24"/>
        </w:rPr>
      </w:pPr>
      <w:r w:rsidRPr="005F501E">
        <w:rPr>
          <w:sz w:val="24"/>
          <w:szCs w:val="24"/>
        </w:rPr>
        <w:t xml:space="preserve">Koalice změny. </w:t>
      </w:r>
      <w:r w:rsidR="00D02246" w:rsidRPr="005F501E">
        <w:rPr>
          <w:sz w:val="24"/>
          <w:szCs w:val="24"/>
        </w:rPr>
        <w:t>Naš</w:t>
      </w:r>
      <w:r w:rsidR="003404CB" w:rsidRPr="005F501E">
        <w:rPr>
          <w:sz w:val="24"/>
          <w:szCs w:val="24"/>
        </w:rPr>
        <w:t>í</w:t>
      </w:r>
      <w:r w:rsidR="00D02246" w:rsidRPr="005F501E">
        <w:rPr>
          <w:sz w:val="24"/>
          <w:szCs w:val="24"/>
        </w:rPr>
        <w:t>m</w:t>
      </w:r>
      <w:r w:rsidR="00C74611" w:rsidRPr="005F501E">
        <w:rPr>
          <w:sz w:val="24"/>
          <w:szCs w:val="24"/>
        </w:rPr>
        <w:t xml:space="preserve"> </w:t>
      </w:r>
      <w:r w:rsidRPr="005F501E">
        <w:rPr>
          <w:sz w:val="24"/>
          <w:szCs w:val="24"/>
        </w:rPr>
        <w:t>společným cílem je posunout Brno dopředu. Zavaz</w:t>
      </w:r>
      <w:r w:rsidR="00C74611" w:rsidRPr="005F501E">
        <w:rPr>
          <w:sz w:val="24"/>
          <w:szCs w:val="24"/>
        </w:rPr>
        <w:t>ujeme</w:t>
      </w:r>
      <w:r w:rsidRPr="005F501E">
        <w:rPr>
          <w:sz w:val="24"/>
          <w:szCs w:val="24"/>
        </w:rPr>
        <w:t xml:space="preserve"> se přistupovat </w:t>
      </w:r>
      <w:r w:rsidR="00891527" w:rsidRPr="005F501E">
        <w:rPr>
          <w:sz w:val="24"/>
          <w:szCs w:val="24"/>
        </w:rPr>
        <w:br/>
      </w:r>
      <w:r w:rsidRPr="005F501E">
        <w:rPr>
          <w:sz w:val="24"/>
          <w:szCs w:val="24"/>
        </w:rPr>
        <w:t xml:space="preserve">k řízení města aktivně, </w:t>
      </w:r>
      <w:r w:rsidR="006113EE" w:rsidRPr="005F501E">
        <w:rPr>
          <w:sz w:val="24"/>
          <w:szCs w:val="24"/>
        </w:rPr>
        <w:t xml:space="preserve">otevřeně komunikovat s obyvateli, </w:t>
      </w:r>
      <w:r w:rsidR="00F90E7C" w:rsidRPr="005F501E">
        <w:rPr>
          <w:sz w:val="24"/>
          <w:szCs w:val="24"/>
        </w:rPr>
        <w:t xml:space="preserve">novináři i všemi, kteří </w:t>
      </w:r>
      <w:r w:rsidR="00D07C78" w:rsidRPr="005F501E">
        <w:rPr>
          <w:sz w:val="24"/>
          <w:szCs w:val="24"/>
        </w:rPr>
        <w:t xml:space="preserve">naše </w:t>
      </w:r>
      <w:r w:rsidR="00F90E7C" w:rsidRPr="005F501E">
        <w:rPr>
          <w:sz w:val="24"/>
          <w:szCs w:val="24"/>
        </w:rPr>
        <w:t xml:space="preserve">krásné </w:t>
      </w:r>
      <w:r w:rsidR="00A224F6" w:rsidRPr="005F501E">
        <w:rPr>
          <w:sz w:val="24"/>
          <w:szCs w:val="24"/>
        </w:rPr>
        <w:t>město</w:t>
      </w:r>
      <w:r w:rsidR="00F90E7C" w:rsidRPr="005F501E">
        <w:rPr>
          <w:sz w:val="24"/>
          <w:szCs w:val="24"/>
        </w:rPr>
        <w:t xml:space="preserve"> tvoří. Budeme </w:t>
      </w:r>
      <w:r w:rsidRPr="005F501E">
        <w:rPr>
          <w:sz w:val="24"/>
          <w:szCs w:val="24"/>
        </w:rPr>
        <w:t>vyhodnocovat dosavadní postupy a tam, kde nefungují, prosazovat konkrétní změny ve prospěch obyvatel</w:t>
      </w:r>
      <w:r w:rsidRPr="00933C6A">
        <w:rPr>
          <w:sz w:val="24"/>
          <w:szCs w:val="24"/>
        </w:rPr>
        <w:t>.</w:t>
      </w:r>
    </w:p>
    <w:p w14:paraId="0EC60605" w14:textId="0A85DE12" w:rsidR="00E0405C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 xml:space="preserve">Koalice odvážných řešení. Koalice se hlásí k odvaze přijímat i náročná a dlouhodobá rozhodnutí, která Brno potřebuje. </w:t>
      </w:r>
      <w:r w:rsidR="00E84CA8" w:rsidRPr="00933C6A">
        <w:rPr>
          <w:sz w:val="24"/>
          <w:szCs w:val="24"/>
        </w:rPr>
        <w:t xml:space="preserve">Chceme upřednostnit </w:t>
      </w:r>
      <w:r w:rsidRPr="00933C6A">
        <w:rPr>
          <w:sz w:val="24"/>
          <w:szCs w:val="24"/>
        </w:rPr>
        <w:t xml:space="preserve">promyšlená řešení před odkládáním problémů, </w:t>
      </w:r>
      <w:r w:rsidR="006B72E9" w:rsidRPr="00933C6A">
        <w:rPr>
          <w:sz w:val="24"/>
          <w:szCs w:val="24"/>
        </w:rPr>
        <w:t>díl</w:t>
      </w:r>
      <w:r w:rsidR="00154515" w:rsidRPr="00933C6A">
        <w:rPr>
          <w:sz w:val="24"/>
          <w:szCs w:val="24"/>
        </w:rPr>
        <w:t>čím řešením nebo populistickým přístupem. K</w:t>
      </w:r>
      <w:r w:rsidRPr="00933C6A">
        <w:rPr>
          <w:sz w:val="24"/>
          <w:szCs w:val="24"/>
        </w:rPr>
        <w:t>aždé významné rozhodnutí podloží</w:t>
      </w:r>
      <w:r w:rsidR="00154515" w:rsidRPr="00933C6A">
        <w:rPr>
          <w:sz w:val="24"/>
          <w:szCs w:val="24"/>
        </w:rPr>
        <w:t>me</w:t>
      </w:r>
      <w:r w:rsidRPr="00933C6A">
        <w:rPr>
          <w:sz w:val="24"/>
          <w:szCs w:val="24"/>
        </w:rPr>
        <w:t xml:space="preserve"> věcnými argumenty, odpovědným financováním a otevřenou debatou.</w:t>
      </w:r>
    </w:p>
    <w:p w14:paraId="3E214392" w14:textId="07CD945F" w:rsidR="00FF50C9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 xml:space="preserve">Otevřenost jako základ spolupráce. Koalice </w:t>
      </w:r>
      <w:r w:rsidR="00807C89" w:rsidRPr="00933C6A">
        <w:rPr>
          <w:sz w:val="24"/>
          <w:szCs w:val="24"/>
        </w:rPr>
        <w:t>je</w:t>
      </w:r>
      <w:r w:rsidRPr="00933C6A">
        <w:rPr>
          <w:sz w:val="24"/>
          <w:szCs w:val="24"/>
        </w:rPr>
        <w:t xml:space="preserve"> založena na otevřenosti vůči občanům, městským částem, odborné veřejnosti i mezi samotnými koaličními partnery. </w:t>
      </w:r>
    </w:p>
    <w:p w14:paraId="33DE8CF4" w14:textId="7172AF5C" w:rsidR="00E0405C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>Důvěra a partnerské jednání. Koaliční partneři respekt</w:t>
      </w:r>
      <w:r w:rsidR="006B6264" w:rsidRPr="00933C6A">
        <w:rPr>
          <w:sz w:val="24"/>
          <w:szCs w:val="24"/>
        </w:rPr>
        <w:t>ují</w:t>
      </w:r>
      <w:r w:rsidRPr="00933C6A">
        <w:rPr>
          <w:sz w:val="24"/>
          <w:szCs w:val="24"/>
        </w:rPr>
        <w:t xml:space="preserve"> </w:t>
      </w:r>
      <w:r w:rsidR="00F64047" w:rsidRPr="00933C6A">
        <w:rPr>
          <w:sz w:val="24"/>
          <w:szCs w:val="24"/>
        </w:rPr>
        <w:t xml:space="preserve">svou </w:t>
      </w:r>
      <w:r w:rsidRPr="00933C6A">
        <w:rPr>
          <w:sz w:val="24"/>
          <w:szCs w:val="24"/>
        </w:rPr>
        <w:t>odlišn</w:t>
      </w:r>
      <w:r w:rsidR="00B01C31" w:rsidRPr="00933C6A">
        <w:rPr>
          <w:sz w:val="24"/>
          <w:szCs w:val="24"/>
        </w:rPr>
        <w:t>ou</w:t>
      </w:r>
      <w:r w:rsidRPr="00933C6A">
        <w:rPr>
          <w:sz w:val="24"/>
          <w:szCs w:val="24"/>
        </w:rPr>
        <w:t xml:space="preserve"> politick</w:t>
      </w:r>
      <w:r w:rsidR="00B01C31" w:rsidRPr="00933C6A">
        <w:rPr>
          <w:sz w:val="24"/>
          <w:szCs w:val="24"/>
        </w:rPr>
        <w:t>ou</w:t>
      </w:r>
      <w:r w:rsidRPr="00933C6A">
        <w:rPr>
          <w:sz w:val="24"/>
          <w:szCs w:val="24"/>
        </w:rPr>
        <w:t xml:space="preserve"> identit</w:t>
      </w:r>
      <w:r w:rsidR="00B01C31" w:rsidRPr="00933C6A">
        <w:rPr>
          <w:sz w:val="24"/>
          <w:szCs w:val="24"/>
        </w:rPr>
        <w:t>u</w:t>
      </w:r>
      <w:r w:rsidR="00D07C78" w:rsidRPr="00933C6A">
        <w:rPr>
          <w:sz w:val="24"/>
          <w:szCs w:val="24"/>
        </w:rPr>
        <w:t>.</w:t>
      </w:r>
      <w:r w:rsidR="00B01C31" w:rsidRPr="00933C6A">
        <w:rPr>
          <w:sz w:val="24"/>
          <w:szCs w:val="24"/>
        </w:rPr>
        <w:t xml:space="preserve"> </w:t>
      </w:r>
      <w:r w:rsidR="00D07C78" w:rsidRPr="00933C6A">
        <w:rPr>
          <w:sz w:val="24"/>
          <w:szCs w:val="24"/>
        </w:rPr>
        <w:t>B</w:t>
      </w:r>
      <w:r w:rsidR="00B01C31" w:rsidRPr="00933C6A">
        <w:rPr>
          <w:sz w:val="24"/>
          <w:szCs w:val="24"/>
        </w:rPr>
        <w:t>udeme</w:t>
      </w:r>
      <w:r w:rsidRPr="00933C6A">
        <w:rPr>
          <w:sz w:val="24"/>
          <w:szCs w:val="24"/>
        </w:rPr>
        <w:t xml:space="preserve"> jednat v dobré víře a hledat společná řešení. </w:t>
      </w:r>
    </w:p>
    <w:p w14:paraId="7BD240A2" w14:textId="3E089160" w:rsidR="00E0405C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 xml:space="preserve">Město blíže lidem. Rozhodování </w:t>
      </w:r>
      <w:r w:rsidR="00FF50C9" w:rsidRPr="00933C6A">
        <w:rPr>
          <w:sz w:val="24"/>
          <w:szCs w:val="24"/>
        </w:rPr>
        <w:t>bude</w:t>
      </w:r>
      <w:r w:rsidRPr="00933C6A">
        <w:rPr>
          <w:sz w:val="24"/>
          <w:szCs w:val="24"/>
        </w:rPr>
        <w:t xml:space="preserve"> vycházet z každodenních potřeb obyvatel a probíhat </w:t>
      </w:r>
      <w:r w:rsidR="00891527">
        <w:rPr>
          <w:sz w:val="24"/>
          <w:szCs w:val="24"/>
        </w:rPr>
        <w:br/>
      </w:r>
      <w:r w:rsidRPr="00933C6A">
        <w:rPr>
          <w:sz w:val="24"/>
          <w:szCs w:val="24"/>
        </w:rPr>
        <w:t>co nejblíže těm, kterých se týká. Koalice posílí spolupráci s městskými částmi a zapojení občanů do přípravy důležitých projektů.</w:t>
      </w:r>
    </w:p>
    <w:p w14:paraId="4C067871" w14:textId="558B6A4F" w:rsidR="00E0405C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 xml:space="preserve">Odvaha investovat do budoucnosti. </w:t>
      </w:r>
      <w:r w:rsidR="00A41A5B" w:rsidRPr="00933C6A">
        <w:rPr>
          <w:sz w:val="24"/>
          <w:szCs w:val="24"/>
        </w:rPr>
        <w:t xml:space="preserve">Skončí výprodej městského majetku. </w:t>
      </w:r>
      <w:r w:rsidRPr="00933C6A">
        <w:rPr>
          <w:sz w:val="24"/>
          <w:szCs w:val="24"/>
        </w:rPr>
        <w:t xml:space="preserve">Prioritou </w:t>
      </w:r>
      <w:r w:rsidR="00A41A5B" w:rsidRPr="00933C6A">
        <w:rPr>
          <w:sz w:val="24"/>
          <w:szCs w:val="24"/>
        </w:rPr>
        <w:t>bude</w:t>
      </w:r>
      <w:r w:rsidRPr="00933C6A">
        <w:rPr>
          <w:sz w:val="24"/>
          <w:szCs w:val="24"/>
        </w:rPr>
        <w:t xml:space="preserve"> dostupné bydlení, kvalitní školy a služby, fungující doprava, bezpečný veřejný prostor a strategická infrastruktura. Koalice bude odpovědně spravovat městský majetek.</w:t>
      </w:r>
    </w:p>
    <w:p w14:paraId="12F02ACD" w14:textId="77777777" w:rsidR="00952498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lastRenderedPageBreak/>
        <w:t xml:space="preserve">Moderní a srozumitelná radnice. Koalice podpoří digitalizaci, využívání dat, průhledné zadávání veřejných zakázek a účinnou kontrolu hospodaření. </w:t>
      </w:r>
      <w:r w:rsidR="00C158F1" w:rsidRPr="00933C6A">
        <w:rPr>
          <w:sz w:val="24"/>
          <w:szCs w:val="24"/>
        </w:rPr>
        <w:t>Brno bude</w:t>
      </w:r>
      <w:r w:rsidRPr="00933C6A">
        <w:rPr>
          <w:sz w:val="24"/>
          <w:szCs w:val="24"/>
        </w:rPr>
        <w:t xml:space="preserve"> předvídatelným partnerem občanů, podnikatelů a městských částí.</w:t>
      </w:r>
    </w:p>
    <w:p w14:paraId="6279442F" w14:textId="69BDF699" w:rsidR="00E0405C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 xml:space="preserve">Soudržné a otevřené Brno. Rozvoj města má přinášet příležitosti dětem, rodinám, seniorům i lidem se zdravotním postižením. Koalice bude podporovat vzdělávání, kulturu, sport, sociální služby </w:t>
      </w:r>
      <w:r w:rsidR="00891527">
        <w:rPr>
          <w:sz w:val="24"/>
          <w:szCs w:val="24"/>
        </w:rPr>
        <w:br/>
      </w:r>
      <w:r w:rsidRPr="00933C6A">
        <w:rPr>
          <w:sz w:val="24"/>
          <w:szCs w:val="24"/>
        </w:rPr>
        <w:t>a respekt k</w:t>
      </w:r>
      <w:r w:rsidR="00265728" w:rsidRPr="00933C6A">
        <w:rPr>
          <w:sz w:val="24"/>
          <w:szCs w:val="24"/>
        </w:rPr>
        <w:t> </w:t>
      </w:r>
      <w:r w:rsidRPr="00933C6A">
        <w:rPr>
          <w:sz w:val="24"/>
          <w:szCs w:val="24"/>
        </w:rPr>
        <w:t>rozmanitosti obyvatel.</w:t>
      </w:r>
    </w:p>
    <w:p w14:paraId="6139B755" w14:textId="73CF5740" w:rsidR="00E0405C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 xml:space="preserve">Zdravé a odolné město. Koalice </w:t>
      </w:r>
      <w:r w:rsidR="00B2258C" w:rsidRPr="00933C6A">
        <w:rPr>
          <w:sz w:val="24"/>
          <w:szCs w:val="24"/>
        </w:rPr>
        <w:t>připraví Brno na projevy změny klimatu</w:t>
      </w:r>
      <w:r w:rsidR="00547901" w:rsidRPr="00933C6A">
        <w:rPr>
          <w:sz w:val="24"/>
          <w:szCs w:val="24"/>
        </w:rPr>
        <w:t xml:space="preserve"> důslednou</w:t>
      </w:r>
      <w:r w:rsidRPr="00933C6A">
        <w:rPr>
          <w:sz w:val="24"/>
          <w:szCs w:val="24"/>
        </w:rPr>
        <w:t xml:space="preserve"> ochran</w:t>
      </w:r>
      <w:r w:rsidR="006A0B28" w:rsidRPr="00933C6A">
        <w:rPr>
          <w:sz w:val="24"/>
          <w:szCs w:val="24"/>
        </w:rPr>
        <w:t>o</w:t>
      </w:r>
      <w:r w:rsidRPr="00933C6A">
        <w:rPr>
          <w:sz w:val="24"/>
          <w:szCs w:val="24"/>
        </w:rPr>
        <w:t>u životního prostředí, hospodaření</w:t>
      </w:r>
      <w:r w:rsidR="006A0B28" w:rsidRPr="00933C6A">
        <w:rPr>
          <w:sz w:val="24"/>
          <w:szCs w:val="24"/>
        </w:rPr>
        <w:t>m</w:t>
      </w:r>
      <w:r w:rsidRPr="00933C6A">
        <w:rPr>
          <w:sz w:val="24"/>
          <w:szCs w:val="24"/>
        </w:rPr>
        <w:t xml:space="preserve"> s vodou a energií a adapta</w:t>
      </w:r>
      <w:r w:rsidR="00547901" w:rsidRPr="00933C6A">
        <w:rPr>
          <w:sz w:val="24"/>
          <w:szCs w:val="24"/>
        </w:rPr>
        <w:t xml:space="preserve">čními opatřeními. </w:t>
      </w:r>
    </w:p>
    <w:p w14:paraId="3E344E36" w14:textId="77777777" w:rsidR="00E0405C" w:rsidRDefault="002D76AF" w:rsidP="005F501E">
      <w:pPr>
        <w:pStyle w:val="Nadpis1"/>
        <w:jc w:val="center"/>
        <w:rPr>
          <w:rFonts w:ascii="Times New Roman" w:hAnsi="Times New Roman"/>
          <w:sz w:val="28"/>
        </w:rPr>
      </w:pPr>
      <w:r w:rsidRPr="00933C6A">
        <w:rPr>
          <w:rFonts w:ascii="Times New Roman" w:hAnsi="Times New Roman"/>
          <w:sz w:val="28"/>
        </w:rPr>
        <w:t>III. Vedení města Brna a rozdělení kompetencí</w:t>
      </w:r>
    </w:p>
    <w:p w14:paraId="29A887C3" w14:textId="77777777" w:rsidR="00933C6A" w:rsidRPr="00933C6A" w:rsidRDefault="00933C6A" w:rsidP="005F501E"/>
    <w:p w14:paraId="77A93A91" w14:textId="29AA3ECE" w:rsidR="00E0405C" w:rsidRPr="00933C6A" w:rsidRDefault="002D76AF" w:rsidP="00933C6A">
      <w:pPr>
        <w:jc w:val="both"/>
        <w:rPr>
          <w:sz w:val="24"/>
          <w:szCs w:val="24"/>
        </w:rPr>
      </w:pPr>
      <w:r w:rsidRPr="00933C6A">
        <w:rPr>
          <w:sz w:val="24"/>
          <w:szCs w:val="24"/>
        </w:rPr>
        <w:t xml:space="preserve">Koaliční partneři se zavazují prosazovat následující obsazení funkcí a rozdělení věcných gescí. Jednotlivé funkce </w:t>
      </w:r>
      <w:r w:rsidR="00D07C78" w:rsidRPr="00933C6A">
        <w:rPr>
          <w:sz w:val="24"/>
          <w:szCs w:val="24"/>
        </w:rPr>
        <w:t>budou obsazeny</w:t>
      </w:r>
      <w:r w:rsidRPr="00933C6A">
        <w:rPr>
          <w:sz w:val="24"/>
          <w:szCs w:val="24"/>
        </w:rPr>
        <w:t xml:space="preserve"> </w:t>
      </w:r>
      <w:r w:rsidR="00597BFC" w:rsidRPr="00933C6A">
        <w:rPr>
          <w:sz w:val="24"/>
          <w:szCs w:val="24"/>
        </w:rPr>
        <w:t>nominanty</w:t>
      </w:r>
      <w:r w:rsidRPr="00933C6A">
        <w:rPr>
          <w:sz w:val="24"/>
          <w:szCs w:val="24"/>
        </w:rPr>
        <w:t xml:space="preserve"> příslušných koaličních subjektů; konkrétní personální nominace jsou v jejich působnosti. </w:t>
      </w:r>
      <w:r w:rsidR="00514223" w:rsidRPr="00933C6A">
        <w:rPr>
          <w:sz w:val="24"/>
          <w:szCs w:val="24"/>
        </w:rPr>
        <w:t>11 členů Rady města Brna bude rozděleno takto:</w:t>
      </w:r>
    </w:p>
    <w:p w14:paraId="6C390ABB" w14:textId="635D8F55" w:rsidR="00933C6A" w:rsidRPr="00933C6A" w:rsidRDefault="002D76AF" w:rsidP="00891527">
      <w:pPr>
        <w:pStyle w:val="Nadpis2"/>
        <w:jc w:val="both"/>
        <w:rPr>
          <w:rFonts w:ascii="Times New Roman" w:hAnsi="Times New Roman"/>
          <w:sz w:val="24"/>
          <w:szCs w:val="24"/>
        </w:rPr>
      </w:pPr>
      <w:r w:rsidRPr="00933C6A">
        <w:rPr>
          <w:rFonts w:ascii="Times New Roman" w:hAnsi="Times New Roman"/>
          <w:sz w:val="24"/>
          <w:szCs w:val="24"/>
        </w:rPr>
        <w:t>Lidovci a Starostové</w:t>
      </w:r>
    </w:p>
    <w:p w14:paraId="457AE3B1" w14:textId="78ED44E3" w:rsidR="00E0405C" w:rsidRPr="007C4D00" w:rsidRDefault="002D76AF" w:rsidP="007C4D00">
      <w:pPr>
        <w:pStyle w:val="Odstavecseseznamem"/>
        <w:numPr>
          <w:ilvl w:val="0"/>
          <w:numId w:val="26"/>
        </w:numPr>
        <w:jc w:val="both"/>
        <w:rPr>
          <w:sz w:val="24"/>
          <w:szCs w:val="24"/>
        </w:rPr>
      </w:pPr>
      <w:proofErr w:type="gramStart"/>
      <w:r w:rsidRPr="007C4D00">
        <w:rPr>
          <w:b/>
          <w:sz w:val="24"/>
          <w:szCs w:val="24"/>
        </w:rPr>
        <w:t xml:space="preserve">Primátor </w:t>
      </w:r>
      <w:r w:rsidR="00933C6A" w:rsidRPr="007C4D00">
        <w:rPr>
          <w:b/>
          <w:sz w:val="24"/>
          <w:szCs w:val="24"/>
        </w:rPr>
        <w:t>-</w:t>
      </w:r>
      <w:r w:rsidR="004313A7" w:rsidRPr="007C4D00">
        <w:rPr>
          <w:sz w:val="24"/>
          <w:szCs w:val="24"/>
        </w:rPr>
        <w:t xml:space="preserve"> </w:t>
      </w:r>
      <w:r w:rsidR="006A0B28" w:rsidRPr="007C4D00">
        <w:rPr>
          <w:sz w:val="24"/>
          <w:szCs w:val="24"/>
        </w:rPr>
        <w:t>O</w:t>
      </w:r>
      <w:r w:rsidRPr="007C4D00">
        <w:rPr>
          <w:sz w:val="24"/>
          <w:szCs w:val="24"/>
        </w:rPr>
        <w:t>rganizační</w:t>
      </w:r>
      <w:proofErr w:type="gramEnd"/>
      <w:r w:rsidRPr="007C4D00">
        <w:rPr>
          <w:sz w:val="24"/>
          <w:szCs w:val="24"/>
        </w:rPr>
        <w:t xml:space="preserve"> odbor, vnitřní věci, obrana, rozpočet a financování, interní audit </w:t>
      </w:r>
      <w:r w:rsidR="00933C6A" w:rsidRPr="007C4D00">
        <w:rPr>
          <w:sz w:val="24"/>
          <w:szCs w:val="24"/>
        </w:rPr>
        <w:br/>
      </w:r>
      <w:r w:rsidRPr="007C4D00">
        <w:rPr>
          <w:sz w:val="24"/>
          <w:szCs w:val="24"/>
        </w:rPr>
        <w:t>a kontrola, tiskové středisko, kybernetická bezpečnost, kancelář primátora</w:t>
      </w:r>
      <w:r w:rsidR="00032BF5" w:rsidRPr="007C4D00">
        <w:rPr>
          <w:sz w:val="24"/>
          <w:szCs w:val="24"/>
        </w:rPr>
        <w:t>, strategické projekty města</w:t>
      </w:r>
    </w:p>
    <w:p w14:paraId="167DE5C1" w14:textId="4BA83407" w:rsidR="00E0405C" w:rsidRPr="007C4D00" w:rsidRDefault="00BD2966" w:rsidP="007C4D00">
      <w:pPr>
        <w:pStyle w:val="Odstavecseseznamem"/>
        <w:numPr>
          <w:ilvl w:val="0"/>
          <w:numId w:val="26"/>
        </w:numPr>
        <w:jc w:val="both"/>
        <w:rPr>
          <w:bCs/>
          <w:sz w:val="24"/>
          <w:szCs w:val="24"/>
        </w:rPr>
      </w:pPr>
      <w:r w:rsidRPr="007C4D00">
        <w:rPr>
          <w:b/>
          <w:sz w:val="24"/>
          <w:szCs w:val="24"/>
        </w:rPr>
        <w:t>3. Náměst</w:t>
      </w:r>
      <w:r w:rsidR="006D642F" w:rsidRPr="007C4D00">
        <w:rPr>
          <w:b/>
          <w:sz w:val="24"/>
          <w:szCs w:val="24"/>
        </w:rPr>
        <w:t>ek/</w:t>
      </w:r>
      <w:proofErr w:type="spellStart"/>
      <w:r w:rsidR="006D642F" w:rsidRPr="007C4D00">
        <w:rPr>
          <w:b/>
          <w:sz w:val="24"/>
          <w:szCs w:val="24"/>
        </w:rPr>
        <w:t>kyně</w:t>
      </w:r>
      <w:proofErr w:type="spellEnd"/>
      <w:r w:rsidRPr="007C4D00">
        <w:rPr>
          <w:b/>
          <w:sz w:val="24"/>
          <w:szCs w:val="24"/>
        </w:rPr>
        <w:t xml:space="preserve"> </w:t>
      </w:r>
      <w:proofErr w:type="gramStart"/>
      <w:r w:rsidR="002D76AF" w:rsidRPr="007C4D00">
        <w:rPr>
          <w:b/>
          <w:sz w:val="24"/>
          <w:szCs w:val="24"/>
        </w:rPr>
        <w:t xml:space="preserve">primátora </w:t>
      </w:r>
      <w:r w:rsidR="00933C6A" w:rsidRPr="007C4D00">
        <w:rPr>
          <w:b/>
          <w:sz w:val="24"/>
          <w:szCs w:val="24"/>
        </w:rPr>
        <w:t>-</w:t>
      </w:r>
      <w:r w:rsidR="002D76AF" w:rsidRPr="007C4D00">
        <w:rPr>
          <w:b/>
          <w:sz w:val="24"/>
          <w:szCs w:val="24"/>
        </w:rPr>
        <w:t xml:space="preserve"> </w:t>
      </w:r>
      <w:r w:rsidR="002D76AF" w:rsidRPr="007C4D00">
        <w:rPr>
          <w:bCs/>
          <w:sz w:val="24"/>
          <w:szCs w:val="24"/>
        </w:rPr>
        <w:t>Školství</w:t>
      </w:r>
      <w:proofErr w:type="gramEnd"/>
      <w:r w:rsidR="002D76AF" w:rsidRPr="007C4D00">
        <w:rPr>
          <w:bCs/>
          <w:sz w:val="24"/>
          <w:szCs w:val="24"/>
        </w:rPr>
        <w:t xml:space="preserve"> a mládež, participace</w:t>
      </w:r>
    </w:p>
    <w:p w14:paraId="76E3D887" w14:textId="61D7B6BA" w:rsidR="00E0405C" w:rsidRPr="007C4D00" w:rsidRDefault="00BD2966" w:rsidP="007C4D00">
      <w:pPr>
        <w:pStyle w:val="Odstavecseseznamem"/>
        <w:numPr>
          <w:ilvl w:val="0"/>
          <w:numId w:val="26"/>
        </w:numPr>
        <w:jc w:val="both"/>
        <w:rPr>
          <w:sz w:val="24"/>
          <w:szCs w:val="24"/>
        </w:rPr>
      </w:pPr>
      <w:r w:rsidRPr="007C4D00">
        <w:rPr>
          <w:b/>
          <w:sz w:val="24"/>
          <w:szCs w:val="24"/>
        </w:rPr>
        <w:t xml:space="preserve">4. </w:t>
      </w:r>
      <w:r w:rsidR="00E43F29" w:rsidRPr="007C4D00">
        <w:rPr>
          <w:b/>
          <w:sz w:val="24"/>
          <w:szCs w:val="24"/>
        </w:rPr>
        <w:t>Náměstek/</w:t>
      </w:r>
      <w:proofErr w:type="spellStart"/>
      <w:r w:rsidR="00E43F29" w:rsidRPr="007C4D00">
        <w:rPr>
          <w:b/>
          <w:sz w:val="24"/>
          <w:szCs w:val="24"/>
        </w:rPr>
        <w:t>kyně</w:t>
      </w:r>
      <w:proofErr w:type="spellEnd"/>
      <w:r w:rsidRPr="007C4D00">
        <w:rPr>
          <w:b/>
          <w:sz w:val="24"/>
          <w:szCs w:val="24"/>
        </w:rPr>
        <w:t xml:space="preserve"> </w:t>
      </w:r>
      <w:proofErr w:type="gramStart"/>
      <w:r w:rsidR="002D76AF" w:rsidRPr="007C4D00">
        <w:rPr>
          <w:b/>
          <w:sz w:val="24"/>
          <w:szCs w:val="24"/>
        </w:rPr>
        <w:t xml:space="preserve">primátora </w:t>
      </w:r>
      <w:r w:rsidR="00933C6A" w:rsidRPr="007C4D00">
        <w:rPr>
          <w:b/>
          <w:sz w:val="24"/>
          <w:szCs w:val="24"/>
        </w:rPr>
        <w:t>-</w:t>
      </w:r>
      <w:r w:rsidR="002D76AF" w:rsidRPr="007C4D00">
        <w:rPr>
          <w:b/>
          <w:sz w:val="24"/>
          <w:szCs w:val="24"/>
        </w:rPr>
        <w:t xml:space="preserve"> </w:t>
      </w:r>
      <w:r w:rsidR="002D76AF" w:rsidRPr="007C4D00">
        <w:rPr>
          <w:sz w:val="24"/>
          <w:szCs w:val="24"/>
        </w:rPr>
        <w:t>Zdravotnictví</w:t>
      </w:r>
      <w:proofErr w:type="gramEnd"/>
      <w:r w:rsidR="002D76AF" w:rsidRPr="007C4D00">
        <w:rPr>
          <w:sz w:val="24"/>
          <w:szCs w:val="24"/>
        </w:rPr>
        <w:t>, sociální péče, strategie a pronájmy městských bytů</w:t>
      </w:r>
    </w:p>
    <w:p w14:paraId="1DF6B4D2" w14:textId="655E232E" w:rsidR="00E0405C" w:rsidRPr="007C4D00" w:rsidRDefault="002D76AF" w:rsidP="007C4D00">
      <w:pPr>
        <w:pStyle w:val="Odstavecseseznamem"/>
        <w:numPr>
          <w:ilvl w:val="0"/>
          <w:numId w:val="26"/>
        </w:numPr>
        <w:jc w:val="both"/>
        <w:rPr>
          <w:sz w:val="24"/>
          <w:szCs w:val="24"/>
        </w:rPr>
      </w:pPr>
      <w:r w:rsidRPr="007C4D00">
        <w:rPr>
          <w:b/>
          <w:sz w:val="24"/>
          <w:szCs w:val="24"/>
        </w:rPr>
        <w:t>Člen</w:t>
      </w:r>
      <w:r w:rsidR="009D7E56" w:rsidRPr="007C4D00">
        <w:rPr>
          <w:b/>
          <w:sz w:val="24"/>
          <w:szCs w:val="24"/>
        </w:rPr>
        <w:t>/</w:t>
      </w:r>
      <w:proofErr w:type="spellStart"/>
      <w:r w:rsidR="00157BEA" w:rsidRPr="007C4D00">
        <w:rPr>
          <w:b/>
          <w:sz w:val="24"/>
          <w:szCs w:val="24"/>
        </w:rPr>
        <w:t>ka</w:t>
      </w:r>
      <w:proofErr w:type="spellEnd"/>
      <w:r w:rsidRPr="007C4D00">
        <w:rPr>
          <w:b/>
          <w:sz w:val="24"/>
          <w:szCs w:val="24"/>
        </w:rPr>
        <w:t xml:space="preserve"> </w:t>
      </w:r>
      <w:proofErr w:type="gramStart"/>
      <w:r w:rsidRPr="007C4D00">
        <w:rPr>
          <w:b/>
          <w:sz w:val="24"/>
          <w:szCs w:val="24"/>
        </w:rPr>
        <w:t xml:space="preserve">rady </w:t>
      </w:r>
      <w:r w:rsidR="00933C6A" w:rsidRPr="007C4D00">
        <w:rPr>
          <w:b/>
          <w:sz w:val="24"/>
          <w:szCs w:val="24"/>
        </w:rPr>
        <w:t>-</w:t>
      </w:r>
      <w:r w:rsidRPr="007C4D00">
        <w:rPr>
          <w:b/>
          <w:sz w:val="24"/>
          <w:szCs w:val="24"/>
        </w:rPr>
        <w:t xml:space="preserve"> </w:t>
      </w:r>
      <w:r w:rsidRPr="007C4D00">
        <w:rPr>
          <w:sz w:val="24"/>
          <w:szCs w:val="24"/>
        </w:rPr>
        <w:t>Investice</w:t>
      </w:r>
      <w:proofErr w:type="gramEnd"/>
      <w:r w:rsidRPr="007C4D00">
        <w:rPr>
          <w:sz w:val="24"/>
          <w:szCs w:val="24"/>
        </w:rPr>
        <w:t xml:space="preserve">, </w:t>
      </w:r>
      <w:r w:rsidR="00D34FC4" w:rsidRPr="007C4D00">
        <w:rPr>
          <w:sz w:val="24"/>
          <w:szCs w:val="24"/>
        </w:rPr>
        <w:t>evropské fondy</w:t>
      </w:r>
    </w:p>
    <w:p w14:paraId="1C83A6D8" w14:textId="1772A3A9" w:rsidR="00E0405C" w:rsidRPr="007C4D00" w:rsidRDefault="009D7E56" w:rsidP="007C4D00">
      <w:pPr>
        <w:pStyle w:val="Odstavecseseznamem"/>
        <w:numPr>
          <w:ilvl w:val="0"/>
          <w:numId w:val="26"/>
        </w:numPr>
        <w:jc w:val="both"/>
        <w:rPr>
          <w:sz w:val="24"/>
          <w:szCs w:val="24"/>
        </w:rPr>
      </w:pPr>
      <w:r w:rsidRPr="007C4D00">
        <w:rPr>
          <w:b/>
          <w:sz w:val="24"/>
          <w:szCs w:val="24"/>
        </w:rPr>
        <w:t>Člen/</w:t>
      </w:r>
      <w:proofErr w:type="spellStart"/>
      <w:r w:rsidRPr="007C4D00">
        <w:rPr>
          <w:b/>
          <w:sz w:val="24"/>
          <w:szCs w:val="24"/>
        </w:rPr>
        <w:t>ka</w:t>
      </w:r>
      <w:proofErr w:type="spellEnd"/>
      <w:r w:rsidR="002D76AF" w:rsidRPr="007C4D00">
        <w:rPr>
          <w:b/>
          <w:sz w:val="24"/>
          <w:szCs w:val="24"/>
        </w:rPr>
        <w:t xml:space="preserve"> </w:t>
      </w:r>
      <w:proofErr w:type="gramStart"/>
      <w:r w:rsidR="002D76AF" w:rsidRPr="007C4D00">
        <w:rPr>
          <w:b/>
          <w:sz w:val="24"/>
          <w:szCs w:val="24"/>
        </w:rPr>
        <w:t xml:space="preserve">rady </w:t>
      </w:r>
      <w:r w:rsidR="00933C6A" w:rsidRPr="007C4D00">
        <w:rPr>
          <w:b/>
          <w:sz w:val="24"/>
          <w:szCs w:val="24"/>
        </w:rPr>
        <w:t>-</w:t>
      </w:r>
      <w:r w:rsidR="002D76AF" w:rsidRPr="007C4D00">
        <w:rPr>
          <w:b/>
          <w:sz w:val="24"/>
          <w:szCs w:val="24"/>
        </w:rPr>
        <w:t xml:space="preserve"> </w:t>
      </w:r>
      <w:r w:rsidR="002D76AF" w:rsidRPr="007C4D00">
        <w:rPr>
          <w:sz w:val="24"/>
          <w:szCs w:val="24"/>
        </w:rPr>
        <w:t>Územní</w:t>
      </w:r>
      <w:proofErr w:type="gramEnd"/>
      <w:r w:rsidR="002D76AF" w:rsidRPr="007C4D00">
        <w:rPr>
          <w:sz w:val="24"/>
          <w:szCs w:val="24"/>
        </w:rPr>
        <w:t xml:space="preserve"> plánování a rozvoj, </w:t>
      </w:r>
      <w:r w:rsidR="00EA4EB8" w:rsidRPr="007C4D00">
        <w:rPr>
          <w:sz w:val="24"/>
          <w:szCs w:val="24"/>
        </w:rPr>
        <w:t xml:space="preserve">veřejný prostor, </w:t>
      </w:r>
      <w:r w:rsidR="002D76AF" w:rsidRPr="007C4D00">
        <w:rPr>
          <w:sz w:val="24"/>
          <w:szCs w:val="24"/>
        </w:rPr>
        <w:t>městská energetika</w:t>
      </w:r>
    </w:p>
    <w:p w14:paraId="01A47C0C" w14:textId="77777777" w:rsidR="00E0405C" w:rsidRPr="00933C6A" w:rsidRDefault="002D76AF" w:rsidP="00891527">
      <w:pPr>
        <w:pStyle w:val="Nadpis2"/>
        <w:jc w:val="both"/>
        <w:rPr>
          <w:sz w:val="24"/>
          <w:szCs w:val="24"/>
        </w:rPr>
      </w:pPr>
      <w:r w:rsidRPr="00933C6A">
        <w:rPr>
          <w:rFonts w:ascii="Times New Roman" w:hAnsi="Times New Roman"/>
          <w:sz w:val="24"/>
          <w:szCs w:val="24"/>
        </w:rPr>
        <w:t>ODS a TOP 09</w:t>
      </w:r>
    </w:p>
    <w:p w14:paraId="1E378817" w14:textId="1AC92928" w:rsidR="00E0405C" w:rsidRPr="007C4D00" w:rsidRDefault="00E43F29" w:rsidP="007C4D00">
      <w:pPr>
        <w:pStyle w:val="Odstavecseseznamem"/>
        <w:numPr>
          <w:ilvl w:val="0"/>
          <w:numId w:val="24"/>
        </w:numPr>
        <w:jc w:val="both"/>
        <w:rPr>
          <w:b/>
          <w:sz w:val="24"/>
          <w:szCs w:val="24"/>
        </w:rPr>
      </w:pPr>
      <w:r w:rsidRPr="007C4D00">
        <w:rPr>
          <w:b/>
          <w:sz w:val="24"/>
          <w:szCs w:val="24"/>
        </w:rPr>
        <w:t>Náměstek/</w:t>
      </w:r>
      <w:proofErr w:type="spellStart"/>
      <w:r w:rsidRPr="007C4D00">
        <w:rPr>
          <w:b/>
          <w:sz w:val="24"/>
          <w:szCs w:val="24"/>
        </w:rPr>
        <w:t>kyně</w:t>
      </w:r>
      <w:proofErr w:type="spellEnd"/>
      <w:r w:rsidR="002D76AF" w:rsidRPr="007C4D00">
        <w:rPr>
          <w:b/>
          <w:sz w:val="24"/>
          <w:szCs w:val="24"/>
        </w:rPr>
        <w:t xml:space="preserve"> </w:t>
      </w:r>
      <w:proofErr w:type="gramStart"/>
      <w:r w:rsidR="002D76AF" w:rsidRPr="007C4D00">
        <w:rPr>
          <w:b/>
          <w:sz w:val="24"/>
          <w:szCs w:val="24"/>
        </w:rPr>
        <w:t xml:space="preserve">primátora </w:t>
      </w:r>
      <w:r w:rsidR="00933C6A" w:rsidRPr="007C4D00">
        <w:rPr>
          <w:b/>
          <w:sz w:val="24"/>
          <w:szCs w:val="24"/>
        </w:rPr>
        <w:t>-</w:t>
      </w:r>
      <w:r w:rsidR="002D76AF" w:rsidRPr="007C4D00">
        <w:rPr>
          <w:b/>
          <w:sz w:val="24"/>
          <w:szCs w:val="24"/>
        </w:rPr>
        <w:t xml:space="preserve"> </w:t>
      </w:r>
      <w:r w:rsidR="002D76AF" w:rsidRPr="007C4D00">
        <w:rPr>
          <w:bCs/>
          <w:sz w:val="24"/>
          <w:szCs w:val="24"/>
        </w:rPr>
        <w:t>Zahraniční</w:t>
      </w:r>
      <w:proofErr w:type="gramEnd"/>
      <w:r w:rsidR="002D76AF" w:rsidRPr="007C4D00">
        <w:rPr>
          <w:bCs/>
          <w:sz w:val="24"/>
          <w:szCs w:val="24"/>
        </w:rPr>
        <w:t xml:space="preserve"> vztahy, sport</w:t>
      </w:r>
    </w:p>
    <w:p w14:paraId="536CA8E1" w14:textId="3C6F494A" w:rsidR="00E0405C" w:rsidRPr="007C4D00" w:rsidRDefault="009D7E56" w:rsidP="007C4D00">
      <w:pPr>
        <w:pStyle w:val="Odstavecseseznamem"/>
        <w:numPr>
          <w:ilvl w:val="0"/>
          <w:numId w:val="24"/>
        </w:numPr>
        <w:jc w:val="both"/>
        <w:rPr>
          <w:sz w:val="24"/>
          <w:szCs w:val="24"/>
        </w:rPr>
      </w:pPr>
      <w:r w:rsidRPr="007C4D00">
        <w:rPr>
          <w:b/>
          <w:sz w:val="24"/>
          <w:szCs w:val="24"/>
        </w:rPr>
        <w:t>Člen/</w:t>
      </w:r>
      <w:proofErr w:type="spellStart"/>
      <w:r w:rsidRPr="007C4D00">
        <w:rPr>
          <w:b/>
          <w:sz w:val="24"/>
          <w:szCs w:val="24"/>
        </w:rPr>
        <w:t>ka</w:t>
      </w:r>
      <w:proofErr w:type="spellEnd"/>
      <w:r w:rsidR="002D76AF" w:rsidRPr="007C4D00">
        <w:rPr>
          <w:b/>
          <w:sz w:val="24"/>
          <w:szCs w:val="24"/>
        </w:rPr>
        <w:t xml:space="preserve"> </w:t>
      </w:r>
      <w:proofErr w:type="gramStart"/>
      <w:r w:rsidR="002D76AF" w:rsidRPr="007C4D00">
        <w:rPr>
          <w:b/>
          <w:sz w:val="24"/>
          <w:szCs w:val="24"/>
        </w:rPr>
        <w:t>rady</w:t>
      </w:r>
      <w:r w:rsidR="00933C6A" w:rsidRPr="007C4D00">
        <w:rPr>
          <w:b/>
          <w:sz w:val="24"/>
          <w:szCs w:val="24"/>
        </w:rPr>
        <w:t xml:space="preserve"> -</w:t>
      </w:r>
      <w:r w:rsidR="002D76AF" w:rsidRPr="007C4D00">
        <w:rPr>
          <w:b/>
          <w:sz w:val="24"/>
          <w:szCs w:val="24"/>
        </w:rPr>
        <w:t xml:space="preserve"> </w:t>
      </w:r>
      <w:r w:rsidR="00CD3D2E" w:rsidRPr="007C4D00">
        <w:rPr>
          <w:bCs/>
          <w:sz w:val="24"/>
          <w:szCs w:val="24"/>
        </w:rPr>
        <w:t>IT</w:t>
      </w:r>
      <w:proofErr w:type="gramEnd"/>
      <w:r w:rsidR="00CD3D2E" w:rsidRPr="007C4D00">
        <w:rPr>
          <w:bCs/>
          <w:sz w:val="24"/>
          <w:szCs w:val="24"/>
        </w:rPr>
        <w:t xml:space="preserve">, strategický rozvoj a inovace </w:t>
      </w:r>
    </w:p>
    <w:p w14:paraId="0A97B2DF" w14:textId="14CB5FDB" w:rsidR="00E0405C" w:rsidRPr="007C4D00" w:rsidRDefault="009D7E56" w:rsidP="007C4D00">
      <w:pPr>
        <w:pStyle w:val="Odstavecseseznamem"/>
        <w:numPr>
          <w:ilvl w:val="0"/>
          <w:numId w:val="24"/>
        </w:numPr>
        <w:jc w:val="both"/>
        <w:rPr>
          <w:sz w:val="24"/>
          <w:szCs w:val="24"/>
        </w:rPr>
      </w:pPr>
      <w:r w:rsidRPr="007C4D00">
        <w:rPr>
          <w:b/>
          <w:sz w:val="24"/>
          <w:szCs w:val="24"/>
        </w:rPr>
        <w:t>Člen/</w:t>
      </w:r>
      <w:proofErr w:type="spellStart"/>
      <w:r w:rsidRPr="007C4D00">
        <w:rPr>
          <w:b/>
          <w:sz w:val="24"/>
          <w:szCs w:val="24"/>
        </w:rPr>
        <w:t>ka</w:t>
      </w:r>
      <w:proofErr w:type="spellEnd"/>
      <w:r w:rsidR="002D76AF" w:rsidRPr="007C4D00">
        <w:rPr>
          <w:b/>
          <w:sz w:val="24"/>
          <w:szCs w:val="24"/>
        </w:rPr>
        <w:t xml:space="preserve"> </w:t>
      </w:r>
      <w:proofErr w:type="gramStart"/>
      <w:r w:rsidR="002D76AF" w:rsidRPr="007C4D00">
        <w:rPr>
          <w:b/>
          <w:sz w:val="24"/>
          <w:szCs w:val="24"/>
        </w:rPr>
        <w:t xml:space="preserve">rady </w:t>
      </w:r>
      <w:r w:rsidR="00933C6A" w:rsidRPr="007C4D00">
        <w:rPr>
          <w:b/>
          <w:sz w:val="24"/>
          <w:szCs w:val="24"/>
        </w:rPr>
        <w:t>-</w:t>
      </w:r>
      <w:r w:rsidR="002D76AF" w:rsidRPr="007C4D00">
        <w:rPr>
          <w:b/>
          <w:sz w:val="24"/>
          <w:szCs w:val="24"/>
        </w:rPr>
        <w:t xml:space="preserve"> </w:t>
      </w:r>
      <w:r w:rsidR="002D76AF" w:rsidRPr="007C4D00">
        <w:rPr>
          <w:sz w:val="24"/>
          <w:szCs w:val="24"/>
        </w:rPr>
        <w:t>Majetek</w:t>
      </w:r>
      <w:proofErr w:type="gramEnd"/>
      <w:r w:rsidR="002D76AF" w:rsidRPr="007C4D00">
        <w:rPr>
          <w:sz w:val="24"/>
          <w:szCs w:val="24"/>
        </w:rPr>
        <w:t xml:space="preserve"> města, správa majetku, bytová výstavba</w:t>
      </w:r>
    </w:p>
    <w:p w14:paraId="78B5B8D3" w14:textId="77777777" w:rsidR="00E0405C" w:rsidRPr="00933C6A" w:rsidRDefault="002D76AF" w:rsidP="00891527">
      <w:pPr>
        <w:pStyle w:val="Nadpis2"/>
        <w:jc w:val="both"/>
        <w:rPr>
          <w:sz w:val="24"/>
          <w:szCs w:val="24"/>
        </w:rPr>
      </w:pPr>
      <w:r w:rsidRPr="00933C6A">
        <w:rPr>
          <w:rFonts w:ascii="Times New Roman" w:hAnsi="Times New Roman"/>
          <w:sz w:val="24"/>
          <w:szCs w:val="24"/>
        </w:rPr>
        <w:t>Zelené Brno</w:t>
      </w:r>
    </w:p>
    <w:p w14:paraId="6E80701C" w14:textId="6EC90BE6" w:rsidR="00E0405C" w:rsidRPr="007C4D00" w:rsidRDefault="00BD2966" w:rsidP="007C4D00">
      <w:pPr>
        <w:pStyle w:val="Odstavecseseznamem"/>
        <w:numPr>
          <w:ilvl w:val="0"/>
          <w:numId w:val="23"/>
        </w:numPr>
        <w:jc w:val="both"/>
        <w:rPr>
          <w:bCs/>
          <w:sz w:val="24"/>
          <w:szCs w:val="24"/>
        </w:rPr>
      </w:pPr>
      <w:r w:rsidRPr="007C4D00">
        <w:rPr>
          <w:b/>
          <w:sz w:val="24"/>
          <w:szCs w:val="24"/>
        </w:rPr>
        <w:t xml:space="preserve">2. </w:t>
      </w:r>
      <w:r w:rsidR="00E43F29" w:rsidRPr="007C4D00">
        <w:rPr>
          <w:b/>
          <w:sz w:val="24"/>
          <w:szCs w:val="24"/>
        </w:rPr>
        <w:t>Náměstek/</w:t>
      </w:r>
      <w:proofErr w:type="spellStart"/>
      <w:r w:rsidR="00E43F29" w:rsidRPr="007C4D00">
        <w:rPr>
          <w:b/>
          <w:sz w:val="24"/>
          <w:szCs w:val="24"/>
        </w:rPr>
        <w:t>kyně</w:t>
      </w:r>
      <w:proofErr w:type="spellEnd"/>
      <w:r w:rsidRPr="007C4D00">
        <w:rPr>
          <w:b/>
          <w:sz w:val="24"/>
          <w:szCs w:val="24"/>
        </w:rPr>
        <w:t xml:space="preserve"> </w:t>
      </w:r>
      <w:proofErr w:type="gramStart"/>
      <w:r w:rsidR="002D76AF" w:rsidRPr="007C4D00">
        <w:rPr>
          <w:b/>
          <w:sz w:val="24"/>
          <w:szCs w:val="24"/>
        </w:rPr>
        <w:t xml:space="preserve">primátora </w:t>
      </w:r>
      <w:r w:rsidR="008A32A4" w:rsidRPr="007C4D00">
        <w:rPr>
          <w:b/>
          <w:sz w:val="24"/>
          <w:szCs w:val="24"/>
        </w:rPr>
        <w:t>-</w:t>
      </w:r>
      <w:r w:rsidR="002D76AF" w:rsidRPr="007C4D00">
        <w:rPr>
          <w:b/>
          <w:sz w:val="24"/>
          <w:szCs w:val="24"/>
        </w:rPr>
        <w:t xml:space="preserve"> </w:t>
      </w:r>
      <w:r w:rsidR="002D76AF" w:rsidRPr="007C4D00">
        <w:rPr>
          <w:bCs/>
          <w:sz w:val="24"/>
          <w:szCs w:val="24"/>
        </w:rPr>
        <w:t>Životní</w:t>
      </w:r>
      <w:proofErr w:type="gramEnd"/>
      <w:r w:rsidR="002D76AF" w:rsidRPr="007C4D00">
        <w:rPr>
          <w:bCs/>
          <w:sz w:val="24"/>
          <w:szCs w:val="24"/>
        </w:rPr>
        <w:t xml:space="preserve"> prostředí</w:t>
      </w:r>
      <w:r w:rsidR="001E3909" w:rsidRPr="007C4D00">
        <w:rPr>
          <w:bCs/>
          <w:sz w:val="24"/>
          <w:szCs w:val="24"/>
        </w:rPr>
        <w:t xml:space="preserve"> a udržitelný rozvoj města </w:t>
      </w:r>
    </w:p>
    <w:p w14:paraId="46731A4E" w14:textId="134B79D5" w:rsidR="006A0B28" w:rsidRPr="00933C6A" w:rsidRDefault="006A0B28" w:rsidP="00891527">
      <w:pPr>
        <w:pStyle w:val="Nadpis2"/>
        <w:jc w:val="both"/>
        <w:rPr>
          <w:rFonts w:ascii="Times New Roman" w:hAnsi="Times New Roman"/>
          <w:sz w:val="24"/>
          <w:szCs w:val="24"/>
        </w:rPr>
      </w:pPr>
      <w:r w:rsidRPr="00933C6A">
        <w:rPr>
          <w:rFonts w:ascii="Times New Roman" w:hAnsi="Times New Roman"/>
          <w:sz w:val="24"/>
          <w:szCs w:val="24"/>
        </w:rPr>
        <w:t>Piráti a Fakt Brno TU!</w:t>
      </w:r>
    </w:p>
    <w:p w14:paraId="2018339C" w14:textId="232F0797" w:rsidR="00E0405C" w:rsidRPr="007C4D00" w:rsidRDefault="009D7E56" w:rsidP="007C4D00">
      <w:pPr>
        <w:pStyle w:val="Odstavecseseznamem"/>
        <w:numPr>
          <w:ilvl w:val="0"/>
          <w:numId w:val="22"/>
        </w:numPr>
        <w:jc w:val="both"/>
        <w:rPr>
          <w:sz w:val="24"/>
          <w:szCs w:val="24"/>
        </w:rPr>
      </w:pPr>
      <w:r w:rsidRPr="007C4D00">
        <w:rPr>
          <w:b/>
          <w:sz w:val="24"/>
          <w:szCs w:val="24"/>
        </w:rPr>
        <w:t>Člen/</w:t>
      </w:r>
      <w:proofErr w:type="spellStart"/>
      <w:r w:rsidRPr="007C4D00">
        <w:rPr>
          <w:b/>
          <w:sz w:val="24"/>
          <w:szCs w:val="24"/>
        </w:rPr>
        <w:t>ka</w:t>
      </w:r>
      <w:proofErr w:type="spellEnd"/>
      <w:r w:rsidR="002D76AF" w:rsidRPr="007C4D00">
        <w:rPr>
          <w:b/>
          <w:sz w:val="24"/>
          <w:szCs w:val="24"/>
        </w:rPr>
        <w:t xml:space="preserve"> </w:t>
      </w:r>
      <w:proofErr w:type="gramStart"/>
      <w:r w:rsidR="002D76AF" w:rsidRPr="007C4D00">
        <w:rPr>
          <w:b/>
          <w:sz w:val="24"/>
          <w:szCs w:val="24"/>
        </w:rPr>
        <w:t xml:space="preserve">rady </w:t>
      </w:r>
      <w:r w:rsidR="008A32A4" w:rsidRPr="007C4D00">
        <w:rPr>
          <w:b/>
          <w:sz w:val="24"/>
          <w:szCs w:val="24"/>
        </w:rPr>
        <w:t>-</w:t>
      </w:r>
      <w:r w:rsidR="002D76AF" w:rsidRPr="007C4D00">
        <w:rPr>
          <w:b/>
          <w:sz w:val="24"/>
          <w:szCs w:val="24"/>
        </w:rPr>
        <w:t xml:space="preserve"> </w:t>
      </w:r>
      <w:r w:rsidR="002D76AF" w:rsidRPr="007C4D00">
        <w:rPr>
          <w:sz w:val="24"/>
          <w:szCs w:val="24"/>
        </w:rPr>
        <w:t>Doprava</w:t>
      </w:r>
      <w:proofErr w:type="gramEnd"/>
      <w:r w:rsidR="007A54CE" w:rsidRPr="007C4D00">
        <w:rPr>
          <w:sz w:val="24"/>
          <w:szCs w:val="24"/>
        </w:rPr>
        <w:t xml:space="preserve"> a mobilita </w:t>
      </w:r>
    </w:p>
    <w:p w14:paraId="5B80BD63" w14:textId="77777777" w:rsidR="00E0405C" w:rsidRPr="00933C6A" w:rsidRDefault="002D76AF" w:rsidP="00891527">
      <w:pPr>
        <w:pStyle w:val="Nadpis2"/>
        <w:jc w:val="both"/>
        <w:rPr>
          <w:sz w:val="24"/>
          <w:szCs w:val="24"/>
        </w:rPr>
      </w:pPr>
      <w:r w:rsidRPr="00933C6A">
        <w:rPr>
          <w:rFonts w:ascii="Times New Roman" w:hAnsi="Times New Roman"/>
          <w:sz w:val="24"/>
          <w:szCs w:val="24"/>
        </w:rPr>
        <w:t>Za Lužánky</w:t>
      </w:r>
    </w:p>
    <w:p w14:paraId="74EE775F" w14:textId="4B6C78C7" w:rsidR="00E0405C" w:rsidRPr="007C4D00" w:rsidRDefault="009D7E56" w:rsidP="007C4D00">
      <w:pPr>
        <w:pStyle w:val="Odstavecseseznamem"/>
        <w:numPr>
          <w:ilvl w:val="0"/>
          <w:numId w:val="21"/>
        </w:numPr>
        <w:jc w:val="both"/>
        <w:rPr>
          <w:sz w:val="24"/>
          <w:szCs w:val="24"/>
        </w:rPr>
      </w:pPr>
      <w:r w:rsidRPr="007C4D00">
        <w:rPr>
          <w:b/>
          <w:sz w:val="24"/>
          <w:szCs w:val="24"/>
        </w:rPr>
        <w:t>Člen/</w:t>
      </w:r>
      <w:proofErr w:type="spellStart"/>
      <w:r w:rsidRPr="007C4D00">
        <w:rPr>
          <w:b/>
          <w:sz w:val="24"/>
          <w:szCs w:val="24"/>
        </w:rPr>
        <w:t>ka</w:t>
      </w:r>
      <w:proofErr w:type="spellEnd"/>
      <w:r w:rsidR="002D76AF" w:rsidRPr="007C4D00">
        <w:rPr>
          <w:b/>
          <w:sz w:val="24"/>
          <w:szCs w:val="24"/>
        </w:rPr>
        <w:t xml:space="preserve"> </w:t>
      </w:r>
      <w:proofErr w:type="gramStart"/>
      <w:r w:rsidR="002D76AF" w:rsidRPr="007C4D00">
        <w:rPr>
          <w:b/>
          <w:sz w:val="24"/>
          <w:szCs w:val="24"/>
        </w:rPr>
        <w:t xml:space="preserve">rady </w:t>
      </w:r>
      <w:r w:rsidR="008A32A4" w:rsidRPr="007C4D00">
        <w:rPr>
          <w:b/>
          <w:sz w:val="24"/>
          <w:szCs w:val="24"/>
        </w:rPr>
        <w:t>-</w:t>
      </w:r>
      <w:r w:rsidR="002D76AF" w:rsidRPr="007C4D00">
        <w:rPr>
          <w:b/>
          <w:sz w:val="24"/>
          <w:szCs w:val="24"/>
        </w:rPr>
        <w:t xml:space="preserve"> </w:t>
      </w:r>
      <w:r w:rsidR="002D76AF" w:rsidRPr="007C4D00">
        <w:rPr>
          <w:sz w:val="24"/>
          <w:szCs w:val="24"/>
        </w:rPr>
        <w:t>Kultura</w:t>
      </w:r>
      <w:proofErr w:type="gramEnd"/>
      <w:r w:rsidR="002D76AF" w:rsidRPr="007C4D00">
        <w:rPr>
          <w:sz w:val="24"/>
          <w:szCs w:val="24"/>
        </w:rPr>
        <w:t xml:space="preserve">, památková péče, marketing a cestovní ruch </w:t>
      </w:r>
    </w:p>
    <w:p w14:paraId="049C8923" w14:textId="77777777" w:rsidR="007B625C" w:rsidRDefault="007B625C" w:rsidP="00933C6A">
      <w:pPr>
        <w:pStyle w:val="Nadpis2"/>
        <w:jc w:val="both"/>
        <w:rPr>
          <w:rFonts w:ascii="Times New Roman" w:hAnsi="Times New Roman"/>
          <w:sz w:val="24"/>
          <w:szCs w:val="24"/>
        </w:rPr>
      </w:pPr>
    </w:p>
    <w:p w14:paraId="7B6673BD" w14:textId="1E82379F" w:rsidR="00E0405C" w:rsidRPr="00891527" w:rsidRDefault="002D76AF" w:rsidP="00933C6A">
      <w:pPr>
        <w:pStyle w:val="Nadpis2"/>
        <w:jc w:val="both"/>
        <w:rPr>
          <w:sz w:val="24"/>
          <w:szCs w:val="24"/>
        </w:rPr>
      </w:pPr>
      <w:r w:rsidRPr="00891527">
        <w:rPr>
          <w:rFonts w:ascii="Times New Roman" w:hAnsi="Times New Roman"/>
          <w:sz w:val="24"/>
          <w:szCs w:val="24"/>
        </w:rPr>
        <w:t xml:space="preserve">Další </w:t>
      </w:r>
      <w:r w:rsidR="004D31E0" w:rsidRPr="00891527">
        <w:rPr>
          <w:rFonts w:ascii="Times New Roman" w:hAnsi="Times New Roman"/>
          <w:sz w:val="24"/>
          <w:szCs w:val="24"/>
        </w:rPr>
        <w:t>pozice</w:t>
      </w:r>
    </w:p>
    <w:p w14:paraId="189076A8" w14:textId="77777777" w:rsidR="00AA6ABD" w:rsidRPr="007C4D00" w:rsidRDefault="001E7F5E" w:rsidP="007C4D00">
      <w:pPr>
        <w:pStyle w:val="Odstavecseseznamem"/>
        <w:numPr>
          <w:ilvl w:val="0"/>
          <w:numId w:val="20"/>
        </w:numPr>
        <w:jc w:val="both"/>
        <w:rPr>
          <w:sz w:val="24"/>
          <w:szCs w:val="24"/>
        </w:rPr>
      </w:pPr>
      <w:r w:rsidRPr="007C4D00">
        <w:rPr>
          <w:sz w:val="24"/>
          <w:szCs w:val="24"/>
        </w:rPr>
        <w:t>Lidovci a Starostové nominují předsedu</w:t>
      </w:r>
      <w:r w:rsidR="00285923" w:rsidRPr="007C4D00">
        <w:rPr>
          <w:sz w:val="24"/>
          <w:szCs w:val="24"/>
        </w:rPr>
        <w:t>/</w:t>
      </w:r>
      <w:proofErr w:type="spellStart"/>
      <w:r w:rsidR="00285923" w:rsidRPr="007C4D00">
        <w:rPr>
          <w:sz w:val="24"/>
          <w:szCs w:val="24"/>
        </w:rPr>
        <w:t>ky</w:t>
      </w:r>
      <w:r w:rsidR="00DC3273" w:rsidRPr="007C4D00">
        <w:rPr>
          <w:sz w:val="24"/>
          <w:szCs w:val="24"/>
        </w:rPr>
        <w:t>n</w:t>
      </w:r>
      <w:r w:rsidR="00285923" w:rsidRPr="007C4D00">
        <w:rPr>
          <w:sz w:val="24"/>
          <w:szCs w:val="24"/>
        </w:rPr>
        <w:t>i</w:t>
      </w:r>
      <w:proofErr w:type="spellEnd"/>
      <w:r w:rsidRPr="007C4D00">
        <w:rPr>
          <w:sz w:val="24"/>
          <w:szCs w:val="24"/>
        </w:rPr>
        <w:t xml:space="preserve"> koncernového </w:t>
      </w:r>
      <w:r w:rsidR="00677BE0" w:rsidRPr="007C4D00">
        <w:rPr>
          <w:sz w:val="24"/>
          <w:szCs w:val="24"/>
        </w:rPr>
        <w:t xml:space="preserve">výboru; </w:t>
      </w:r>
    </w:p>
    <w:p w14:paraId="111D995E" w14:textId="77777777" w:rsidR="00AA6ABD" w:rsidRPr="007C4D00" w:rsidRDefault="002D76AF" w:rsidP="007C4D00">
      <w:pPr>
        <w:pStyle w:val="Odstavecseseznamem"/>
        <w:numPr>
          <w:ilvl w:val="0"/>
          <w:numId w:val="20"/>
        </w:numPr>
        <w:jc w:val="both"/>
        <w:rPr>
          <w:sz w:val="24"/>
          <w:szCs w:val="24"/>
        </w:rPr>
      </w:pPr>
      <w:r w:rsidRPr="007C4D00">
        <w:rPr>
          <w:sz w:val="24"/>
          <w:szCs w:val="24"/>
        </w:rPr>
        <w:t>ODS a TOP 09 náleží nominace na uvolněného předsedu</w:t>
      </w:r>
      <w:r w:rsidR="00DC3273" w:rsidRPr="007C4D00">
        <w:rPr>
          <w:sz w:val="24"/>
          <w:szCs w:val="24"/>
        </w:rPr>
        <w:t>/</w:t>
      </w:r>
      <w:proofErr w:type="spellStart"/>
      <w:r w:rsidR="003E6113" w:rsidRPr="007C4D00">
        <w:rPr>
          <w:sz w:val="24"/>
          <w:szCs w:val="24"/>
        </w:rPr>
        <w:t>kyni</w:t>
      </w:r>
      <w:proofErr w:type="spellEnd"/>
      <w:r w:rsidRPr="007C4D00">
        <w:rPr>
          <w:sz w:val="24"/>
          <w:szCs w:val="24"/>
        </w:rPr>
        <w:t xml:space="preserve"> </w:t>
      </w:r>
      <w:r w:rsidR="007511BE" w:rsidRPr="007C4D00">
        <w:rPr>
          <w:sz w:val="24"/>
          <w:szCs w:val="24"/>
        </w:rPr>
        <w:t xml:space="preserve">bytové </w:t>
      </w:r>
      <w:r w:rsidRPr="007C4D00">
        <w:rPr>
          <w:sz w:val="24"/>
          <w:szCs w:val="24"/>
        </w:rPr>
        <w:t xml:space="preserve">komise Rady města Brna; </w:t>
      </w:r>
    </w:p>
    <w:p w14:paraId="60F8DA00" w14:textId="77777777" w:rsidR="00AA6ABD" w:rsidRPr="007C4D00" w:rsidRDefault="002D76AF" w:rsidP="007C4D00">
      <w:pPr>
        <w:pStyle w:val="Odstavecseseznamem"/>
        <w:numPr>
          <w:ilvl w:val="0"/>
          <w:numId w:val="20"/>
        </w:numPr>
        <w:jc w:val="both"/>
        <w:rPr>
          <w:sz w:val="24"/>
          <w:szCs w:val="24"/>
        </w:rPr>
      </w:pPr>
      <w:r w:rsidRPr="007C4D00">
        <w:rPr>
          <w:sz w:val="24"/>
          <w:szCs w:val="24"/>
        </w:rPr>
        <w:t>Zelenému Brnu nominace na uvolněného předsedu</w:t>
      </w:r>
      <w:r w:rsidR="003E6113" w:rsidRPr="007C4D00">
        <w:rPr>
          <w:sz w:val="24"/>
          <w:szCs w:val="24"/>
        </w:rPr>
        <w:t>/</w:t>
      </w:r>
      <w:proofErr w:type="spellStart"/>
      <w:r w:rsidR="003E6113" w:rsidRPr="007C4D00">
        <w:rPr>
          <w:sz w:val="24"/>
          <w:szCs w:val="24"/>
        </w:rPr>
        <w:t>kyni</w:t>
      </w:r>
      <w:proofErr w:type="spellEnd"/>
      <w:r w:rsidRPr="007C4D00">
        <w:rPr>
          <w:sz w:val="24"/>
          <w:szCs w:val="24"/>
        </w:rPr>
        <w:t xml:space="preserve"> Výboru pro národnostní menšiny; </w:t>
      </w:r>
    </w:p>
    <w:p w14:paraId="5AAABA08" w14:textId="77777777" w:rsidR="00AA6ABD" w:rsidRPr="007C4D00" w:rsidRDefault="002D76AF" w:rsidP="007C4D00">
      <w:pPr>
        <w:pStyle w:val="Odstavecseseznamem"/>
        <w:numPr>
          <w:ilvl w:val="0"/>
          <w:numId w:val="20"/>
        </w:numPr>
        <w:jc w:val="both"/>
        <w:rPr>
          <w:sz w:val="24"/>
          <w:szCs w:val="24"/>
        </w:rPr>
      </w:pPr>
      <w:r w:rsidRPr="007C4D00">
        <w:rPr>
          <w:sz w:val="24"/>
          <w:szCs w:val="24"/>
        </w:rPr>
        <w:t xml:space="preserve">subjektu </w:t>
      </w:r>
      <w:proofErr w:type="gramStart"/>
      <w:r w:rsidR="006A0B28" w:rsidRPr="007C4D00">
        <w:rPr>
          <w:sz w:val="24"/>
          <w:szCs w:val="24"/>
        </w:rPr>
        <w:t>Piráti</w:t>
      </w:r>
      <w:proofErr w:type="gramEnd"/>
      <w:r w:rsidR="006A0B28" w:rsidRPr="007C4D00">
        <w:rPr>
          <w:sz w:val="24"/>
          <w:szCs w:val="24"/>
        </w:rPr>
        <w:t xml:space="preserve"> a Fakt Brno TU! </w:t>
      </w:r>
      <w:r w:rsidRPr="007C4D00">
        <w:rPr>
          <w:sz w:val="24"/>
          <w:szCs w:val="24"/>
        </w:rPr>
        <w:t>nominace na uvolněného předsedu</w:t>
      </w:r>
      <w:r w:rsidR="003E6113" w:rsidRPr="007C4D00">
        <w:rPr>
          <w:sz w:val="24"/>
          <w:szCs w:val="24"/>
        </w:rPr>
        <w:t>/</w:t>
      </w:r>
      <w:proofErr w:type="spellStart"/>
      <w:r w:rsidR="003E6113" w:rsidRPr="007C4D00">
        <w:rPr>
          <w:sz w:val="24"/>
          <w:szCs w:val="24"/>
        </w:rPr>
        <w:t>kyni</w:t>
      </w:r>
      <w:proofErr w:type="spellEnd"/>
      <w:r w:rsidR="003E6113" w:rsidRPr="007C4D00">
        <w:rPr>
          <w:sz w:val="24"/>
          <w:szCs w:val="24"/>
        </w:rPr>
        <w:t xml:space="preserve"> </w:t>
      </w:r>
      <w:r w:rsidRPr="007C4D00">
        <w:rPr>
          <w:sz w:val="24"/>
          <w:szCs w:val="24"/>
        </w:rPr>
        <w:t>finančního výboru.</w:t>
      </w:r>
    </w:p>
    <w:p w14:paraId="55F1624A" w14:textId="77777777" w:rsidR="00AA6ABD" w:rsidRPr="007C4D00" w:rsidRDefault="009C5AD5" w:rsidP="007C4D00">
      <w:pPr>
        <w:pStyle w:val="Odstavecseseznamem"/>
        <w:numPr>
          <w:ilvl w:val="0"/>
          <w:numId w:val="20"/>
        </w:numPr>
        <w:jc w:val="both"/>
        <w:rPr>
          <w:sz w:val="24"/>
          <w:szCs w:val="24"/>
        </w:rPr>
      </w:pPr>
      <w:r w:rsidRPr="007C4D00">
        <w:rPr>
          <w:sz w:val="24"/>
          <w:szCs w:val="24"/>
        </w:rPr>
        <w:t xml:space="preserve">Za Lužánky nominují </w:t>
      </w:r>
      <w:r w:rsidR="00C0652F" w:rsidRPr="007C4D00">
        <w:rPr>
          <w:sz w:val="24"/>
          <w:szCs w:val="24"/>
        </w:rPr>
        <w:t xml:space="preserve">neuvolněného zastupitele pověřeného </w:t>
      </w:r>
      <w:r w:rsidR="00994DF2" w:rsidRPr="007C4D00">
        <w:rPr>
          <w:sz w:val="24"/>
          <w:szCs w:val="24"/>
        </w:rPr>
        <w:t xml:space="preserve">řízením </w:t>
      </w:r>
      <w:r w:rsidR="00C0652F" w:rsidRPr="007C4D00">
        <w:rPr>
          <w:sz w:val="24"/>
          <w:szCs w:val="24"/>
        </w:rPr>
        <w:t>strategick</w:t>
      </w:r>
      <w:r w:rsidR="00994DF2" w:rsidRPr="007C4D00">
        <w:rPr>
          <w:sz w:val="24"/>
          <w:szCs w:val="24"/>
        </w:rPr>
        <w:t>ého</w:t>
      </w:r>
      <w:r w:rsidR="00C0652F" w:rsidRPr="007C4D00">
        <w:rPr>
          <w:sz w:val="24"/>
          <w:szCs w:val="24"/>
        </w:rPr>
        <w:t xml:space="preserve"> projekt</w:t>
      </w:r>
      <w:r w:rsidR="00994DF2" w:rsidRPr="007C4D00">
        <w:rPr>
          <w:sz w:val="24"/>
          <w:szCs w:val="24"/>
        </w:rPr>
        <w:t>u</w:t>
      </w:r>
      <w:r w:rsidR="00C0652F" w:rsidRPr="007C4D00">
        <w:rPr>
          <w:sz w:val="24"/>
          <w:szCs w:val="24"/>
        </w:rPr>
        <w:t xml:space="preserve"> výstavby stadionu Za Lužánkami.</w:t>
      </w:r>
      <w:r w:rsidR="00301E64" w:rsidRPr="007C4D00">
        <w:rPr>
          <w:sz w:val="24"/>
          <w:szCs w:val="24"/>
        </w:rPr>
        <w:t xml:space="preserve"> </w:t>
      </w:r>
    </w:p>
    <w:p w14:paraId="24732029" w14:textId="0AAE25EB" w:rsidR="00E0405C" w:rsidRPr="007C4D00" w:rsidRDefault="002D76AF" w:rsidP="007C4D00">
      <w:pPr>
        <w:pStyle w:val="Odstavecseseznamem"/>
        <w:numPr>
          <w:ilvl w:val="0"/>
          <w:numId w:val="20"/>
        </w:numPr>
        <w:rPr>
          <w:sz w:val="24"/>
          <w:szCs w:val="24"/>
        </w:rPr>
      </w:pPr>
      <w:r w:rsidRPr="007C4D00">
        <w:rPr>
          <w:sz w:val="24"/>
          <w:szCs w:val="24"/>
        </w:rPr>
        <w:t>Koaliční partneři se současně zavazují podpořit nominanta hnutí ANO do funkce uvolněného předsedy</w:t>
      </w:r>
      <w:r w:rsidR="003E6113" w:rsidRPr="007C4D00">
        <w:rPr>
          <w:sz w:val="24"/>
          <w:szCs w:val="24"/>
        </w:rPr>
        <w:t>/</w:t>
      </w:r>
      <w:proofErr w:type="spellStart"/>
      <w:r w:rsidR="003E6113" w:rsidRPr="007C4D00">
        <w:rPr>
          <w:sz w:val="24"/>
          <w:szCs w:val="24"/>
        </w:rPr>
        <w:t>ky</w:t>
      </w:r>
      <w:r w:rsidR="007C1AED" w:rsidRPr="007C4D00">
        <w:rPr>
          <w:sz w:val="24"/>
          <w:szCs w:val="24"/>
        </w:rPr>
        <w:t>ně</w:t>
      </w:r>
      <w:proofErr w:type="spellEnd"/>
      <w:r w:rsidRPr="007C4D00">
        <w:rPr>
          <w:sz w:val="24"/>
          <w:szCs w:val="24"/>
        </w:rPr>
        <w:t xml:space="preserve"> Kontrolního výboru Zastupitelstva města Brna.</w:t>
      </w:r>
    </w:p>
    <w:p w14:paraId="6FA57A2A" w14:textId="77777777" w:rsidR="00E0405C" w:rsidRDefault="002D76AF" w:rsidP="00694CE7">
      <w:pPr>
        <w:pStyle w:val="Nadpis1"/>
        <w:jc w:val="center"/>
        <w:rPr>
          <w:rFonts w:ascii="Times New Roman" w:hAnsi="Times New Roman"/>
          <w:sz w:val="28"/>
        </w:rPr>
      </w:pPr>
      <w:r w:rsidRPr="00891527">
        <w:rPr>
          <w:rFonts w:ascii="Times New Roman" w:hAnsi="Times New Roman"/>
          <w:sz w:val="28"/>
        </w:rPr>
        <w:t>IV. Výkon gescí a programové prohlášení</w:t>
      </w:r>
    </w:p>
    <w:p w14:paraId="1AF01A31" w14:textId="77777777" w:rsidR="00891527" w:rsidRPr="00891527" w:rsidRDefault="00891527" w:rsidP="00891527"/>
    <w:p w14:paraId="3A4CA315" w14:textId="77777777" w:rsidR="00E0405C" w:rsidRPr="00891527" w:rsidRDefault="002D76AF" w:rsidP="00933C6A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Každý člen rady v rámci svěřené gesce koordinuje přípravu návrhů, spolupracuje s příslušnými odbory magistrátu a odpovídá za politické prosazování programových priorit. Rozdělení gescí mezi koaliční subjekty se nemění samotnou změnou osoby nominanta.</w:t>
      </w:r>
    </w:p>
    <w:p w14:paraId="29191FFE" w14:textId="77777777" w:rsidR="00E0405C" w:rsidRPr="00891527" w:rsidRDefault="002D76AF" w:rsidP="00933C6A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Programové prohlášení Rady města Brna pro roky 2026–2030 tvoří nedílnou přílohu č. 1 této smlouvy. Jeho text není do tohoto vyhotovení smlouvy vložen; koaliční partneři se zavazují společně prosazovat jeho plnění.</w:t>
      </w:r>
    </w:p>
    <w:p w14:paraId="43ED1210" w14:textId="77777777" w:rsidR="00E0405C" w:rsidRDefault="002D76AF" w:rsidP="00694CE7">
      <w:pPr>
        <w:pStyle w:val="Nadpis1"/>
        <w:jc w:val="center"/>
        <w:rPr>
          <w:rFonts w:ascii="Times New Roman" w:hAnsi="Times New Roman"/>
          <w:sz w:val="28"/>
        </w:rPr>
      </w:pPr>
      <w:r w:rsidRPr="00891527">
        <w:rPr>
          <w:rFonts w:ascii="Times New Roman" w:hAnsi="Times New Roman"/>
          <w:sz w:val="28"/>
        </w:rPr>
        <w:t>V. Společné rozhodování a koordinace</w:t>
      </w:r>
    </w:p>
    <w:p w14:paraId="6581A98D" w14:textId="77777777" w:rsidR="00891527" w:rsidRPr="00891527" w:rsidRDefault="00891527" w:rsidP="00891527"/>
    <w:p w14:paraId="0242BE4E" w14:textId="529D46CA" w:rsidR="00674739" w:rsidRPr="00891527" w:rsidRDefault="0032321F" w:rsidP="00891527">
      <w:pPr>
        <w:pStyle w:val="Odstavecseseznamem"/>
        <w:numPr>
          <w:ilvl w:val="0"/>
          <w:numId w:val="19"/>
        </w:num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Koaliční spolupráce je na týdenní bá</w:t>
      </w:r>
      <w:r w:rsidR="007640E2" w:rsidRPr="00891527">
        <w:rPr>
          <w:sz w:val="24"/>
          <w:szCs w:val="24"/>
        </w:rPr>
        <w:t>z</w:t>
      </w:r>
      <w:r w:rsidR="006A0B28" w:rsidRPr="00891527">
        <w:rPr>
          <w:sz w:val="24"/>
          <w:szCs w:val="24"/>
        </w:rPr>
        <w:t>i</w:t>
      </w:r>
      <w:r w:rsidR="007640E2" w:rsidRPr="00891527">
        <w:rPr>
          <w:sz w:val="24"/>
          <w:szCs w:val="24"/>
        </w:rPr>
        <w:t xml:space="preserve"> organizována na Poradě vedení; </w:t>
      </w:r>
      <w:r w:rsidR="00D07C78" w:rsidRPr="00891527">
        <w:rPr>
          <w:sz w:val="24"/>
          <w:szCs w:val="24"/>
        </w:rPr>
        <w:t>P</w:t>
      </w:r>
      <w:r w:rsidR="007640E2" w:rsidRPr="00891527">
        <w:rPr>
          <w:sz w:val="24"/>
          <w:szCs w:val="24"/>
        </w:rPr>
        <w:t xml:space="preserve">oradu vedení vede primátor. </w:t>
      </w:r>
      <w:r w:rsidR="0047505C" w:rsidRPr="00891527">
        <w:rPr>
          <w:sz w:val="24"/>
          <w:szCs w:val="24"/>
        </w:rPr>
        <w:t xml:space="preserve">Porada vedení sestává z členů Rady města Brna. Přístup na ni mají také </w:t>
      </w:r>
      <w:r w:rsidR="001C0C79" w:rsidRPr="00891527">
        <w:rPr>
          <w:sz w:val="24"/>
          <w:szCs w:val="24"/>
        </w:rPr>
        <w:t>předsedové klubů</w:t>
      </w:r>
      <w:r w:rsidR="00107106" w:rsidRPr="00891527">
        <w:rPr>
          <w:sz w:val="24"/>
          <w:szCs w:val="24"/>
        </w:rPr>
        <w:t xml:space="preserve">. </w:t>
      </w:r>
    </w:p>
    <w:p w14:paraId="78DAD1E4" w14:textId="0102B39C" w:rsidR="00E0405C" w:rsidRPr="00891527" w:rsidRDefault="002D76AF" w:rsidP="00891527">
      <w:pPr>
        <w:pStyle w:val="Odstavecseseznamem"/>
        <w:numPr>
          <w:ilvl w:val="0"/>
          <w:numId w:val="19"/>
        </w:numPr>
        <w:jc w:val="both"/>
        <w:rPr>
          <w:sz w:val="24"/>
          <w:szCs w:val="24"/>
        </w:rPr>
      </w:pPr>
      <w:r w:rsidRPr="00891527">
        <w:rPr>
          <w:sz w:val="24"/>
          <w:szCs w:val="24"/>
        </w:rPr>
        <w:t xml:space="preserve">Koaliční rada je politickým koordinačním orgánem koalice. </w:t>
      </w:r>
      <w:r w:rsidR="0002792E" w:rsidRPr="00891527">
        <w:rPr>
          <w:sz w:val="24"/>
          <w:szCs w:val="24"/>
        </w:rPr>
        <w:t xml:space="preserve">Členem je primátor a </w:t>
      </w:r>
      <w:r w:rsidR="007C1AED" w:rsidRPr="00891527">
        <w:rPr>
          <w:sz w:val="24"/>
          <w:szCs w:val="24"/>
        </w:rPr>
        <w:t>dva</w:t>
      </w:r>
      <w:r w:rsidR="005749B1" w:rsidRPr="00891527">
        <w:rPr>
          <w:sz w:val="24"/>
          <w:szCs w:val="24"/>
        </w:rPr>
        <w:t xml:space="preserve"> zástupci z každého subjektu</w:t>
      </w:r>
      <w:r w:rsidRPr="00891527">
        <w:rPr>
          <w:sz w:val="24"/>
          <w:szCs w:val="24"/>
        </w:rPr>
        <w:t xml:space="preserve">; primátor svolává její jednání zpravidla jednou za </w:t>
      </w:r>
      <w:r w:rsidR="005749B1" w:rsidRPr="00891527">
        <w:rPr>
          <w:sz w:val="24"/>
          <w:szCs w:val="24"/>
        </w:rPr>
        <w:t>měsíc</w:t>
      </w:r>
      <w:r w:rsidRPr="00891527">
        <w:rPr>
          <w:sz w:val="24"/>
          <w:szCs w:val="24"/>
        </w:rPr>
        <w:t xml:space="preserve"> </w:t>
      </w:r>
      <w:r w:rsidR="007C4D00">
        <w:rPr>
          <w:sz w:val="24"/>
          <w:szCs w:val="24"/>
        </w:rPr>
        <w:br/>
      </w:r>
      <w:r w:rsidRPr="00891527">
        <w:rPr>
          <w:sz w:val="24"/>
          <w:szCs w:val="24"/>
        </w:rPr>
        <w:t xml:space="preserve">a </w:t>
      </w:r>
      <w:r w:rsidR="004443B1" w:rsidRPr="00891527">
        <w:rPr>
          <w:sz w:val="24"/>
          <w:szCs w:val="24"/>
        </w:rPr>
        <w:t xml:space="preserve">mimo to </w:t>
      </w:r>
      <w:r w:rsidRPr="00891527">
        <w:rPr>
          <w:sz w:val="24"/>
          <w:szCs w:val="24"/>
        </w:rPr>
        <w:t>vždy na žádost kteréhokoliv partnera.</w:t>
      </w:r>
    </w:p>
    <w:p w14:paraId="7DB30F1C" w14:textId="38F3C783" w:rsidR="00E0405C" w:rsidRPr="00891527" w:rsidRDefault="002D76AF" w:rsidP="00891527">
      <w:pPr>
        <w:pStyle w:val="Odstavecseseznamem"/>
        <w:numPr>
          <w:ilvl w:val="0"/>
          <w:numId w:val="19"/>
        </w:num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Koaliční rada předem projedná zejména návrh rozpočtu a jeho zásadní změny, velké investice, strategické dokumenty, změny organizační struktury, významné majetkové dispozice a nominace do orgánů městských společností.</w:t>
      </w:r>
    </w:p>
    <w:p w14:paraId="36A80EAE" w14:textId="5FB10CC3" w:rsidR="008D64FF" w:rsidRPr="00891527" w:rsidRDefault="00A142C0" w:rsidP="00891527">
      <w:pPr>
        <w:pStyle w:val="Odstavecseseznamem"/>
        <w:numPr>
          <w:ilvl w:val="0"/>
          <w:numId w:val="19"/>
        </w:numPr>
        <w:jc w:val="both"/>
        <w:rPr>
          <w:sz w:val="24"/>
          <w:szCs w:val="24"/>
        </w:rPr>
      </w:pPr>
      <w:r w:rsidRPr="00891527">
        <w:rPr>
          <w:sz w:val="24"/>
          <w:szCs w:val="24"/>
        </w:rPr>
        <w:t xml:space="preserve">Jednotlivé strany koaliční smlouvy se dohodly v hlasování na zastupitelstvu </w:t>
      </w:r>
      <w:r w:rsidR="000F0231" w:rsidRPr="00891527">
        <w:rPr>
          <w:sz w:val="24"/>
          <w:szCs w:val="24"/>
        </w:rPr>
        <w:t>primárně podpořit návrh, který byl odhlasován v Radě města Brna</w:t>
      </w:r>
      <w:r w:rsidR="000A33A8" w:rsidRPr="00891527">
        <w:rPr>
          <w:sz w:val="24"/>
          <w:szCs w:val="24"/>
        </w:rPr>
        <w:t>,</w:t>
      </w:r>
      <w:r w:rsidR="00CC37AE" w:rsidRPr="00891527">
        <w:rPr>
          <w:sz w:val="24"/>
          <w:szCs w:val="24"/>
        </w:rPr>
        <w:t xml:space="preserve"> a</w:t>
      </w:r>
      <w:r w:rsidR="000F0231" w:rsidRPr="00891527">
        <w:rPr>
          <w:sz w:val="24"/>
          <w:szCs w:val="24"/>
        </w:rPr>
        <w:t xml:space="preserve"> </w:t>
      </w:r>
      <w:r w:rsidRPr="00891527">
        <w:rPr>
          <w:sz w:val="24"/>
          <w:szCs w:val="24"/>
        </w:rPr>
        <w:t xml:space="preserve">postupovat ve vztahu </w:t>
      </w:r>
      <w:r w:rsidR="00E86D92" w:rsidRPr="00891527">
        <w:rPr>
          <w:sz w:val="24"/>
          <w:szCs w:val="24"/>
        </w:rPr>
        <w:t xml:space="preserve">k </w:t>
      </w:r>
      <w:r w:rsidRPr="00891527">
        <w:rPr>
          <w:sz w:val="24"/>
          <w:szCs w:val="24"/>
        </w:rPr>
        <w:t>ostatním stranám koaliční smlouvy v</w:t>
      </w:r>
      <w:r w:rsidR="00265728" w:rsidRPr="00891527">
        <w:rPr>
          <w:sz w:val="24"/>
          <w:szCs w:val="24"/>
        </w:rPr>
        <w:t> </w:t>
      </w:r>
      <w:r w:rsidRPr="00891527">
        <w:rPr>
          <w:sz w:val="24"/>
          <w:szCs w:val="24"/>
        </w:rPr>
        <w:t xml:space="preserve">souladu se zásadou legitimního očekávání a transparentnosti </w:t>
      </w:r>
      <w:r w:rsidR="007C4D00">
        <w:rPr>
          <w:sz w:val="24"/>
          <w:szCs w:val="24"/>
        </w:rPr>
        <w:br/>
      </w:r>
      <w:r w:rsidRPr="00891527">
        <w:rPr>
          <w:sz w:val="24"/>
          <w:szCs w:val="24"/>
        </w:rPr>
        <w:t>s cílem naplňovat Programové prohlášení Rady města Brna pro roky 2026</w:t>
      </w:r>
      <w:r w:rsidR="007C4D00">
        <w:rPr>
          <w:sz w:val="24"/>
          <w:szCs w:val="24"/>
        </w:rPr>
        <w:t>-</w:t>
      </w:r>
      <w:r w:rsidRPr="00891527">
        <w:rPr>
          <w:sz w:val="24"/>
          <w:szCs w:val="24"/>
        </w:rPr>
        <w:t>2030. Pakliže některá ze stran</w:t>
      </w:r>
      <w:r w:rsidR="001263DF" w:rsidRPr="00891527">
        <w:rPr>
          <w:sz w:val="24"/>
          <w:szCs w:val="24"/>
        </w:rPr>
        <w:t xml:space="preserve"> nebo </w:t>
      </w:r>
      <w:r w:rsidR="008A5393" w:rsidRPr="00891527">
        <w:rPr>
          <w:sz w:val="24"/>
          <w:szCs w:val="24"/>
        </w:rPr>
        <w:t xml:space="preserve">některý </w:t>
      </w:r>
      <w:r w:rsidR="004655B7" w:rsidRPr="00891527">
        <w:rPr>
          <w:sz w:val="24"/>
          <w:szCs w:val="24"/>
        </w:rPr>
        <w:t>z</w:t>
      </w:r>
      <w:r w:rsidR="008A5393" w:rsidRPr="00891527">
        <w:rPr>
          <w:sz w:val="24"/>
          <w:szCs w:val="24"/>
        </w:rPr>
        <w:t xml:space="preserve">e zastupitelů </w:t>
      </w:r>
      <w:r w:rsidRPr="00891527">
        <w:rPr>
          <w:sz w:val="24"/>
          <w:szCs w:val="24"/>
        </w:rPr>
        <w:t>nemá v</w:t>
      </w:r>
      <w:r w:rsidR="00265728" w:rsidRPr="00891527">
        <w:rPr>
          <w:sz w:val="24"/>
          <w:szCs w:val="24"/>
        </w:rPr>
        <w:t> </w:t>
      </w:r>
      <w:r w:rsidRPr="00891527">
        <w:rPr>
          <w:sz w:val="24"/>
          <w:szCs w:val="24"/>
        </w:rPr>
        <w:t xml:space="preserve">úmyslu na zastupitelstvu podpořit </w:t>
      </w:r>
      <w:r w:rsidRPr="00891527">
        <w:rPr>
          <w:sz w:val="24"/>
          <w:szCs w:val="24"/>
        </w:rPr>
        <w:lastRenderedPageBreak/>
        <w:t xml:space="preserve">návrh, který byl odhlasován v </w:t>
      </w:r>
      <w:r w:rsidR="000A33A8" w:rsidRPr="00891527">
        <w:rPr>
          <w:sz w:val="24"/>
          <w:szCs w:val="24"/>
        </w:rPr>
        <w:t>R</w:t>
      </w:r>
      <w:r w:rsidRPr="00891527">
        <w:rPr>
          <w:sz w:val="24"/>
          <w:szCs w:val="24"/>
        </w:rPr>
        <w:t xml:space="preserve">adě města Brna, je </w:t>
      </w:r>
      <w:r w:rsidR="004655B7" w:rsidRPr="00891527">
        <w:rPr>
          <w:sz w:val="24"/>
          <w:szCs w:val="24"/>
        </w:rPr>
        <w:t xml:space="preserve">předseda klubu </w:t>
      </w:r>
      <w:r w:rsidR="00FD1BD7" w:rsidRPr="00891527">
        <w:rPr>
          <w:sz w:val="24"/>
          <w:szCs w:val="24"/>
        </w:rPr>
        <w:t>povinen</w:t>
      </w:r>
      <w:r w:rsidRPr="00891527">
        <w:rPr>
          <w:sz w:val="24"/>
          <w:szCs w:val="24"/>
        </w:rPr>
        <w:t xml:space="preserve"> toto stanovisko předem </w:t>
      </w:r>
      <w:r w:rsidR="00D36C96" w:rsidRPr="00891527">
        <w:rPr>
          <w:sz w:val="24"/>
          <w:szCs w:val="24"/>
        </w:rPr>
        <w:t xml:space="preserve">projednat na Poradě vedení, případně koaliční radě. </w:t>
      </w:r>
    </w:p>
    <w:p w14:paraId="37700EBB" w14:textId="27AEEF76" w:rsidR="00164DAC" w:rsidRPr="00891527" w:rsidRDefault="00164DAC" w:rsidP="00891527">
      <w:pPr>
        <w:pStyle w:val="Odstavecseseznamem"/>
        <w:numPr>
          <w:ilvl w:val="0"/>
          <w:numId w:val="19"/>
        </w:num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Před zasedáním zastupitelstva či v</w:t>
      </w:r>
      <w:r w:rsidR="00D07C78" w:rsidRPr="00891527">
        <w:rPr>
          <w:sz w:val="24"/>
          <w:szCs w:val="24"/>
        </w:rPr>
        <w:t> případě jiných</w:t>
      </w:r>
      <w:r w:rsidRPr="00891527">
        <w:rPr>
          <w:sz w:val="24"/>
          <w:szCs w:val="24"/>
        </w:rPr>
        <w:t xml:space="preserve"> důležitých otáz</w:t>
      </w:r>
      <w:r w:rsidR="00D07C78" w:rsidRPr="00891527">
        <w:rPr>
          <w:sz w:val="24"/>
          <w:szCs w:val="24"/>
        </w:rPr>
        <w:t>e</w:t>
      </w:r>
      <w:r w:rsidRPr="00891527">
        <w:rPr>
          <w:sz w:val="24"/>
          <w:szCs w:val="24"/>
        </w:rPr>
        <w:t xml:space="preserve">k svolává primátor </w:t>
      </w:r>
      <w:r w:rsidR="00D07C78" w:rsidRPr="00891527">
        <w:rPr>
          <w:sz w:val="24"/>
          <w:szCs w:val="24"/>
        </w:rPr>
        <w:t>P</w:t>
      </w:r>
      <w:r w:rsidRPr="00891527">
        <w:rPr>
          <w:sz w:val="24"/>
          <w:szCs w:val="24"/>
        </w:rPr>
        <w:t xml:space="preserve">oradu předsedů zastupitelských klubů. </w:t>
      </w:r>
    </w:p>
    <w:p w14:paraId="5B948B7F" w14:textId="77777777" w:rsidR="00E0405C" w:rsidRDefault="002D76AF" w:rsidP="00891527">
      <w:pPr>
        <w:pStyle w:val="Nadpis1"/>
        <w:jc w:val="center"/>
        <w:rPr>
          <w:rFonts w:ascii="Times New Roman" w:hAnsi="Times New Roman"/>
          <w:sz w:val="28"/>
        </w:rPr>
      </w:pPr>
      <w:r w:rsidRPr="00891527">
        <w:rPr>
          <w:rFonts w:ascii="Times New Roman" w:hAnsi="Times New Roman"/>
          <w:sz w:val="28"/>
        </w:rPr>
        <w:t>VI. Dohodovací řízení</w:t>
      </w:r>
    </w:p>
    <w:p w14:paraId="5AB992B0" w14:textId="77777777" w:rsidR="00891527" w:rsidRPr="00891527" w:rsidRDefault="00891527" w:rsidP="00891527"/>
    <w:p w14:paraId="6CB87235" w14:textId="03788C2C" w:rsidR="00E0405C" w:rsidRPr="00891527" w:rsidRDefault="002D76AF" w:rsidP="00891527">
      <w:pPr>
        <w:pStyle w:val="Odstavecseseznamem"/>
        <w:numPr>
          <w:ilvl w:val="0"/>
          <w:numId w:val="16"/>
        </w:numPr>
        <w:jc w:val="both"/>
        <w:rPr>
          <w:sz w:val="24"/>
          <w:szCs w:val="24"/>
        </w:rPr>
      </w:pPr>
      <w:r w:rsidRPr="00891527">
        <w:rPr>
          <w:sz w:val="24"/>
          <w:szCs w:val="24"/>
        </w:rPr>
        <w:t xml:space="preserve">Má-li některý koaliční partner zásadní výhradu k zamýšlenému rozhodnutí, písemně </w:t>
      </w:r>
      <w:r w:rsidR="007C4D00">
        <w:rPr>
          <w:sz w:val="24"/>
          <w:szCs w:val="24"/>
        </w:rPr>
        <w:br/>
      </w:r>
      <w:r w:rsidRPr="00891527">
        <w:rPr>
          <w:sz w:val="24"/>
          <w:szCs w:val="24"/>
        </w:rPr>
        <w:t>ji oznámí ostatním partnerům a požádá o dohodovací řízení. Uvede spornou otázku, důvody a případný návrh řešení.</w:t>
      </w:r>
    </w:p>
    <w:p w14:paraId="7B024ABE" w14:textId="56F21545" w:rsidR="00E0405C" w:rsidRPr="00891527" w:rsidRDefault="00B350BD" w:rsidP="00891527">
      <w:pPr>
        <w:pStyle w:val="Odstavecseseznamem"/>
        <w:numPr>
          <w:ilvl w:val="0"/>
          <w:numId w:val="16"/>
        </w:numPr>
        <w:jc w:val="both"/>
        <w:rPr>
          <w:sz w:val="24"/>
          <w:szCs w:val="24"/>
        </w:rPr>
      </w:pPr>
      <w:r w:rsidRPr="00891527">
        <w:rPr>
          <w:sz w:val="24"/>
          <w:szCs w:val="24"/>
        </w:rPr>
        <w:t xml:space="preserve">Prvotně bude </w:t>
      </w:r>
      <w:r w:rsidR="00AC3DD5" w:rsidRPr="00891527">
        <w:rPr>
          <w:sz w:val="24"/>
          <w:szCs w:val="24"/>
        </w:rPr>
        <w:t>spor</w:t>
      </w:r>
      <w:r w:rsidR="009A2FCF" w:rsidRPr="00891527">
        <w:rPr>
          <w:sz w:val="24"/>
          <w:szCs w:val="24"/>
        </w:rPr>
        <w:t>ná</w:t>
      </w:r>
      <w:r w:rsidR="00AC3DD5" w:rsidRPr="00891527">
        <w:rPr>
          <w:sz w:val="24"/>
          <w:szCs w:val="24"/>
        </w:rPr>
        <w:t xml:space="preserve"> otázka řešena na úrovni Porady vedení, případně mezi příslušnými členy rady.</w:t>
      </w:r>
    </w:p>
    <w:p w14:paraId="21FA6605" w14:textId="0F265570" w:rsidR="00E0405C" w:rsidRPr="00891527" w:rsidRDefault="00AC3DD5" w:rsidP="00891527">
      <w:pPr>
        <w:pStyle w:val="Odstavecseseznamem"/>
        <w:numPr>
          <w:ilvl w:val="0"/>
          <w:numId w:val="16"/>
        </w:num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N</w:t>
      </w:r>
      <w:r w:rsidR="002D76AF" w:rsidRPr="00891527">
        <w:rPr>
          <w:sz w:val="24"/>
          <w:szCs w:val="24"/>
        </w:rPr>
        <w:t>edojde-li k dohodě, svolá primátor koaliční radu nejpozději do pěti pracovních dnů. Každý partner má právo předložit vlastní variantu řešení a vyžádat si podklady.</w:t>
      </w:r>
    </w:p>
    <w:p w14:paraId="12A46F8B" w14:textId="26436B4F" w:rsidR="00E0405C" w:rsidRPr="00891527" w:rsidRDefault="002D76AF" w:rsidP="00891527">
      <w:pPr>
        <w:pStyle w:val="Odstavecseseznamem"/>
        <w:numPr>
          <w:ilvl w:val="0"/>
          <w:numId w:val="16"/>
        </w:numPr>
        <w:jc w:val="both"/>
        <w:rPr>
          <w:sz w:val="24"/>
          <w:szCs w:val="24"/>
        </w:rPr>
      </w:pPr>
      <w:r w:rsidRPr="00891527">
        <w:rPr>
          <w:sz w:val="24"/>
          <w:szCs w:val="24"/>
        </w:rPr>
        <w:t xml:space="preserve">Po dobu dohodovacího řízení se sporný návrh zpravidla nepředkládá k rozhodnutí, ledaže odklad znemožňuje splnění zákonné povinnosti, způsobuje bezprostřední škodu nebo </w:t>
      </w:r>
      <w:r w:rsidR="007C4D00">
        <w:rPr>
          <w:sz w:val="24"/>
          <w:szCs w:val="24"/>
        </w:rPr>
        <w:br/>
      </w:r>
      <w:r w:rsidRPr="00891527">
        <w:rPr>
          <w:sz w:val="24"/>
          <w:szCs w:val="24"/>
        </w:rPr>
        <w:t>s odlišným postupem souhlasí všichni partneři.</w:t>
      </w:r>
    </w:p>
    <w:p w14:paraId="4A729463" w14:textId="77777777" w:rsidR="00E0405C" w:rsidRDefault="002D76AF" w:rsidP="00891527">
      <w:pPr>
        <w:pStyle w:val="Nadpis1"/>
        <w:jc w:val="center"/>
        <w:rPr>
          <w:rFonts w:ascii="Times New Roman" w:hAnsi="Times New Roman"/>
          <w:sz w:val="28"/>
        </w:rPr>
      </w:pPr>
      <w:r w:rsidRPr="00891527">
        <w:rPr>
          <w:rFonts w:ascii="Times New Roman" w:hAnsi="Times New Roman"/>
          <w:sz w:val="28"/>
        </w:rPr>
        <w:t>VII. Personální nominace a městské organizace</w:t>
      </w:r>
    </w:p>
    <w:p w14:paraId="762E0EA6" w14:textId="77777777" w:rsidR="00891527" w:rsidRPr="00891527" w:rsidRDefault="00891527" w:rsidP="00891527"/>
    <w:p w14:paraId="28B37B99" w14:textId="443D2F0A" w:rsidR="00E0405C" w:rsidRPr="00891527" w:rsidRDefault="002D76AF" w:rsidP="00933C6A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 xml:space="preserve">Návrhy do výborů, komisí, představenstev, dozorčích rad a dalších orgánů městských organizací se projednají koaličně. </w:t>
      </w:r>
      <w:r w:rsidR="00492B98" w:rsidRPr="00891527">
        <w:rPr>
          <w:sz w:val="24"/>
          <w:szCs w:val="24"/>
        </w:rPr>
        <w:t>Koalice se dohodla, že opoziční hnutí ANO bude zastoupeno v</w:t>
      </w:r>
      <w:r w:rsidR="008205EB" w:rsidRPr="00891527">
        <w:rPr>
          <w:sz w:val="24"/>
          <w:szCs w:val="24"/>
        </w:rPr>
        <w:t>e všech výborech a</w:t>
      </w:r>
      <w:r w:rsidR="00265728" w:rsidRPr="00891527">
        <w:rPr>
          <w:sz w:val="24"/>
          <w:szCs w:val="24"/>
        </w:rPr>
        <w:t> </w:t>
      </w:r>
      <w:r w:rsidR="008205EB" w:rsidRPr="00891527">
        <w:rPr>
          <w:sz w:val="24"/>
          <w:szCs w:val="24"/>
        </w:rPr>
        <w:t>komisích a také</w:t>
      </w:r>
      <w:r w:rsidR="00492B98" w:rsidRPr="00891527">
        <w:rPr>
          <w:sz w:val="24"/>
          <w:szCs w:val="24"/>
        </w:rPr>
        <w:t> </w:t>
      </w:r>
      <w:r w:rsidR="00975532" w:rsidRPr="00891527">
        <w:rPr>
          <w:sz w:val="24"/>
          <w:szCs w:val="24"/>
        </w:rPr>
        <w:t xml:space="preserve">v </w:t>
      </w:r>
      <w:r w:rsidR="00492B98" w:rsidRPr="00891527">
        <w:rPr>
          <w:sz w:val="24"/>
          <w:szCs w:val="24"/>
        </w:rPr>
        <w:t>dozor</w:t>
      </w:r>
      <w:r w:rsidR="00975532" w:rsidRPr="00891527">
        <w:rPr>
          <w:sz w:val="24"/>
          <w:szCs w:val="24"/>
        </w:rPr>
        <w:t>č</w:t>
      </w:r>
      <w:r w:rsidR="00492B98" w:rsidRPr="00891527">
        <w:rPr>
          <w:sz w:val="24"/>
          <w:szCs w:val="24"/>
        </w:rPr>
        <w:t xml:space="preserve">ích radách všech městem zřizovaných </w:t>
      </w:r>
      <w:r w:rsidR="007F0DE1" w:rsidRPr="00891527">
        <w:rPr>
          <w:sz w:val="24"/>
          <w:szCs w:val="24"/>
        </w:rPr>
        <w:t xml:space="preserve">organizací. </w:t>
      </w:r>
    </w:p>
    <w:p w14:paraId="08996A10" w14:textId="77777777" w:rsidR="00E0405C" w:rsidRDefault="002D76AF" w:rsidP="00891527">
      <w:pPr>
        <w:pStyle w:val="Nadpis1"/>
        <w:jc w:val="center"/>
        <w:rPr>
          <w:rFonts w:ascii="Times New Roman" w:hAnsi="Times New Roman"/>
          <w:sz w:val="28"/>
        </w:rPr>
      </w:pPr>
      <w:r w:rsidRPr="00891527">
        <w:rPr>
          <w:rFonts w:ascii="Times New Roman" w:hAnsi="Times New Roman"/>
          <w:sz w:val="28"/>
        </w:rPr>
        <w:t>VIII. Vystupování a odpovědnost</w:t>
      </w:r>
    </w:p>
    <w:p w14:paraId="38824511" w14:textId="77777777" w:rsidR="00891527" w:rsidRPr="00891527" w:rsidRDefault="00891527" w:rsidP="00891527"/>
    <w:p w14:paraId="00869440" w14:textId="7A427815" w:rsidR="00E0405C" w:rsidRPr="00891527" w:rsidRDefault="002D76AF" w:rsidP="00933C6A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 xml:space="preserve">Partneři budou včas sdílet informace o zásadních rozhodnutích a veřejných sděleních týkajících se společné politiky. Zachovávají právo na vlastní programové postoje, avšak </w:t>
      </w:r>
      <w:r w:rsidR="00D22D2F" w:rsidRPr="00891527">
        <w:rPr>
          <w:sz w:val="24"/>
          <w:szCs w:val="24"/>
        </w:rPr>
        <w:t xml:space="preserve">na </w:t>
      </w:r>
      <w:r w:rsidR="00975532" w:rsidRPr="00891527">
        <w:rPr>
          <w:sz w:val="24"/>
          <w:szCs w:val="24"/>
        </w:rPr>
        <w:t xml:space="preserve">veřejnosti </w:t>
      </w:r>
      <w:r w:rsidR="00D22D2F" w:rsidRPr="00891527">
        <w:rPr>
          <w:sz w:val="24"/>
          <w:szCs w:val="24"/>
        </w:rPr>
        <w:t xml:space="preserve">vystupují jednotně. </w:t>
      </w:r>
      <w:r w:rsidR="00987A78" w:rsidRPr="00891527">
        <w:rPr>
          <w:sz w:val="24"/>
          <w:szCs w:val="24"/>
        </w:rPr>
        <w:t xml:space="preserve">Případné spory se </w:t>
      </w:r>
      <w:r w:rsidRPr="00891527">
        <w:rPr>
          <w:sz w:val="24"/>
          <w:szCs w:val="24"/>
        </w:rPr>
        <w:t>pokusí vyřešit koaličním jednáním. Každý partner odpovídá za své nominanty.</w:t>
      </w:r>
      <w:r w:rsidR="00987A78" w:rsidRPr="00891527">
        <w:rPr>
          <w:sz w:val="24"/>
          <w:szCs w:val="24"/>
        </w:rPr>
        <w:t xml:space="preserve"> Základním </w:t>
      </w:r>
      <w:r w:rsidR="001A3A19" w:rsidRPr="00891527">
        <w:rPr>
          <w:sz w:val="24"/>
          <w:szCs w:val="24"/>
        </w:rPr>
        <w:t>pravidlem</w:t>
      </w:r>
      <w:r w:rsidR="00987A78" w:rsidRPr="00891527">
        <w:rPr>
          <w:sz w:val="24"/>
          <w:szCs w:val="24"/>
        </w:rPr>
        <w:t xml:space="preserve"> nominace do jakékoliv pozice je odbornost</w:t>
      </w:r>
      <w:r w:rsidR="001A3A19" w:rsidRPr="00891527">
        <w:rPr>
          <w:sz w:val="24"/>
          <w:szCs w:val="24"/>
        </w:rPr>
        <w:t xml:space="preserve">. </w:t>
      </w:r>
    </w:p>
    <w:p w14:paraId="45F203B6" w14:textId="77777777" w:rsidR="00E0405C" w:rsidRDefault="002D76AF" w:rsidP="00891527">
      <w:pPr>
        <w:pStyle w:val="Nadpis1"/>
        <w:jc w:val="center"/>
        <w:rPr>
          <w:rFonts w:ascii="Times New Roman" w:hAnsi="Times New Roman"/>
          <w:sz w:val="28"/>
        </w:rPr>
      </w:pPr>
      <w:r w:rsidRPr="00891527">
        <w:rPr>
          <w:rFonts w:ascii="Times New Roman" w:hAnsi="Times New Roman"/>
          <w:sz w:val="28"/>
        </w:rPr>
        <w:t>IX. Změny smlouvy, trvání a závěrečná ustanovení</w:t>
      </w:r>
    </w:p>
    <w:p w14:paraId="6D2ADDA1" w14:textId="77777777" w:rsidR="00891527" w:rsidRPr="00891527" w:rsidRDefault="00891527" w:rsidP="00891527"/>
    <w:p w14:paraId="70853A40" w14:textId="5BF27F18" w:rsidR="00E0405C" w:rsidRPr="00891527" w:rsidRDefault="002D76AF" w:rsidP="00933C6A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Smlouva nabývá účinnosti podpisem všech partnerů a uzavírá se pro volební období 2026</w:t>
      </w:r>
      <w:r w:rsidR="007C4D00">
        <w:rPr>
          <w:sz w:val="24"/>
          <w:szCs w:val="24"/>
        </w:rPr>
        <w:t>-</w:t>
      </w:r>
      <w:r w:rsidRPr="00891527">
        <w:rPr>
          <w:sz w:val="24"/>
          <w:szCs w:val="24"/>
        </w:rPr>
        <w:t>2030. Změny a</w:t>
      </w:r>
      <w:r w:rsidR="00265728" w:rsidRPr="00891527">
        <w:rPr>
          <w:sz w:val="24"/>
          <w:szCs w:val="24"/>
        </w:rPr>
        <w:t> </w:t>
      </w:r>
      <w:r w:rsidRPr="00891527">
        <w:rPr>
          <w:sz w:val="24"/>
          <w:szCs w:val="24"/>
        </w:rPr>
        <w:t xml:space="preserve">doplňky se přijímají pouze písemným dodatkem se souhlasem všech partnerů. Podstatné porušení smlouvy je nejprve předmětem dohodovacího řízení. </w:t>
      </w:r>
      <w:r w:rsidR="00D07C78" w:rsidRPr="00891527">
        <w:rPr>
          <w:sz w:val="24"/>
          <w:szCs w:val="24"/>
        </w:rPr>
        <w:t>Partner oznámí u</w:t>
      </w:r>
      <w:r w:rsidRPr="00891527">
        <w:rPr>
          <w:sz w:val="24"/>
          <w:szCs w:val="24"/>
        </w:rPr>
        <w:t xml:space="preserve">končení </w:t>
      </w:r>
      <w:r w:rsidR="00D07C78" w:rsidRPr="00891527">
        <w:rPr>
          <w:sz w:val="24"/>
          <w:szCs w:val="24"/>
        </w:rPr>
        <w:t xml:space="preserve">své </w:t>
      </w:r>
      <w:r w:rsidRPr="00891527">
        <w:rPr>
          <w:sz w:val="24"/>
          <w:szCs w:val="24"/>
        </w:rPr>
        <w:t>účasti písemně ostatním partnerům.</w:t>
      </w:r>
    </w:p>
    <w:p w14:paraId="4218AC73" w14:textId="0619D2DB" w:rsidR="00E0405C" w:rsidRPr="00891527" w:rsidRDefault="002D76AF" w:rsidP="00933C6A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lastRenderedPageBreak/>
        <w:t xml:space="preserve">Smlouva bude po podpisu zveřejněna. Programové prohlášení Rady města Brna pro roky </w:t>
      </w:r>
      <w:r w:rsidR="00AA6ABD">
        <w:rPr>
          <w:sz w:val="24"/>
          <w:szCs w:val="24"/>
        </w:rPr>
        <w:br/>
      </w:r>
      <w:proofErr w:type="gramStart"/>
      <w:r w:rsidRPr="00891527">
        <w:rPr>
          <w:sz w:val="24"/>
          <w:szCs w:val="24"/>
        </w:rPr>
        <w:t>2026</w:t>
      </w:r>
      <w:r w:rsidR="00AA6ABD">
        <w:rPr>
          <w:sz w:val="24"/>
          <w:szCs w:val="24"/>
        </w:rPr>
        <w:t xml:space="preserve"> - </w:t>
      </w:r>
      <w:r w:rsidRPr="00891527">
        <w:rPr>
          <w:sz w:val="24"/>
          <w:szCs w:val="24"/>
        </w:rPr>
        <w:t>2030</w:t>
      </w:r>
      <w:proofErr w:type="gramEnd"/>
      <w:r w:rsidRPr="00891527">
        <w:rPr>
          <w:sz w:val="24"/>
          <w:szCs w:val="24"/>
        </w:rPr>
        <w:t xml:space="preserve"> je její nedílnou přílohou č. 1, která </w:t>
      </w:r>
      <w:r w:rsidR="00D07C78" w:rsidRPr="00891527">
        <w:rPr>
          <w:sz w:val="24"/>
          <w:szCs w:val="24"/>
        </w:rPr>
        <w:t>je</w:t>
      </w:r>
      <w:r w:rsidRPr="00891527">
        <w:rPr>
          <w:sz w:val="24"/>
          <w:szCs w:val="24"/>
        </w:rPr>
        <w:t xml:space="preserve"> vede</w:t>
      </w:r>
      <w:r w:rsidR="00D07C78" w:rsidRPr="00891527">
        <w:rPr>
          <w:sz w:val="24"/>
          <w:szCs w:val="24"/>
        </w:rPr>
        <w:t>na</w:t>
      </w:r>
      <w:r w:rsidRPr="00891527">
        <w:rPr>
          <w:sz w:val="24"/>
          <w:szCs w:val="24"/>
        </w:rPr>
        <w:t xml:space="preserve"> jako samostatný dokument.</w:t>
      </w:r>
    </w:p>
    <w:p w14:paraId="479C93B7" w14:textId="77777777" w:rsidR="00E0405C" w:rsidRDefault="002D76AF" w:rsidP="00891527">
      <w:pPr>
        <w:pStyle w:val="Nadpis1"/>
        <w:jc w:val="center"/>
        <w:rPr>
          <w:rFonts w:ascii="Times New Roman" w:hAnsi="Times New Roman"/>
          <w:sz w:val="28"/>
        </w:rPr>
      </w:pPr>
      <w:r w:rsidRPr="00891527">
        <w:rPr>
          <w:rFonts w:ascii="Times New Roman" w:hAnsi="Times New Roman"/>
          <w:sz w:val="28"/>
        </w:rPr>
        <w:t>X. Podpisy</w:t>
      </w:r>
    </w:p>
    <w:p w14:paraId="47412474" w14:textId="77777777" w:rsidR="004B4D17" w:rsidRPr="004B4D17" w:rsidRDefault="004B4D17" w:rsidP="004B4D17"/>
    <w:p w14:paraId="401A790B" w14:textId="77777777" w:rsidR="00D8692F" w:rsidRPr="00891527" w:rsidRDefault="00D8692F" w:rsidP="000B107C">
      <w:pPr>
        <w:jc w:val="both"/>
        <w:rPr>
          <w:sz w:val="24"/>
          <w:szCs w:val="24"/>
        </w:rPr>
      </w:pPr>
    </w:p>
    <w:p w14:paraId="593D8790" w14:textId="77777777" w:rsidR="000B107C" w:rsidRDefault="002D76AF" w:rsidP="000B107C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Za KDU-ČSL</w:t>
      </w:r>
      <w:r w:rsidR="00B34D06" w:rsidRPr="00891527">
        <w:rPr>
          <w:sz w:val="24"/>
          <w:szCs w:val="24"/>
        </w:rPr>
        <w:t xml:space="preserve"> Mgr. Petr Hladík, předseda Městského výboru</w:t>
      </w:r>
      <w:r w:rsidR="00891527">
        <w:rPr>
          <w:sz w:val="24"/>
          <w:szCs w:val="24"/>
        </w:rPr>
        <w:tab/>
        <w:t>……………………………...</w:t>
      </w:r>
      <w:r w:rsidR="00891527">
        <w:rPr>
          <w:sz w:val="24"/>
          <w:szCs w:val="24"/>
        </w:rPr>
        <w:tab/>
      </w:r>
    </w:p>
    <w:p w14:paraId="3B695E6F" w14:textId="70005EB0" w:rsidR="00D8692F" w:rsidRPr="00891527" w:rsidRDefault="00891527" w:rsidP="000B107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1DA1CDD" w14:textId="12C71404" w:rsidR="00E0405C" w:rsidRDefault="002D76AF" w:rsidP="000B107C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Za ODS</w:t>
      </w:r>
      <w:r w:rsidR="00B34D06" w:rsidRPr="00891527">
        <w:rPr>
          <w:sz w:val="24"/>
          <w:szCs w:val="24"/>
        </w:rPr>
        <w:t xml:space="preserve"> </w:t>
      </w:r>
      <w:r w:rsidR="005C7A13" w:rsidRPr="00891527">
        <w:rPr>
          <w:sz w:val="24"/>
          <w:szCs w:val="24"/>
        </w:rPr>
        <w:t xml:space="preserve">Mgr. Matyáš Svoboda, pověřený člen </w:t>
      </w:r>
      <w:r w:rsidR="00CB1D00" w:rsidRPr="00891527">
        <w:rPr>
          <w:sz w:val="24"/>
          <w:szCs w:val="24"/>
        </w:rPr>
        <w:t>OS Brno-město</w:t>
      </w:r>
      <w:r w:rsidR="005C7A13" w:rsidRPr="00891527">
        <w:rPr>
          <w:sz w:val="24"/>
          <w:szCs w:val="24"/>
        </w:rPr>
        <w:t xml:space="preserve"> </w:t>
      </w:r>
      <w:r w:rsidR="00891527">
        <w:rPr>
          <w:sz w:val="24"/>
          <w:szCs w:val="24"/>
        </w:rPr>
        <w:tab/>
        <w:t>………………………………</w:t>
      </w:r>
    </w:p>
    <w:p w14:paraId="76235DC8" w14:textId="77777777" w:rsidR="0084121A" w:rsidRDefault="0084121A" w:rsidP="000B107C">
      <w:pPr>
        <w:jc w:val="both"/>
        <w:rPr>
          <w:sz w:val="24"/>
          <w:szCs w:val="24"/>
        </w:rPr>
      </w:pPr>
    </w:p>
    <w:p w14:paraId="5792495D" w14:textId="5BF58CB2" w:rsidR="00E0405C" w:rsidRDefault="002D76AF" w:rsidP="000B107C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 xml:space="preserve">Za STAN: </w:t>
      </w:r>
      <w:r w:rsidR="00836B6A" w:rsidRPr="00891527">
        <w:rPr>
          <w:sz w:val="24"/>
          <w:szCs w:val="24"/>
        </w:rPr>
        <w:t>JUDr.</w:t>
      </w:r>
      <w:r w:rsidR="005C7A13" w:rsidRPr="00891527">
        <w:rPr>
          <w:sz w:val="24"/>
          <w:szCs w:val="24"/>
        </w:rPr>
        <w:t xml:space="preserve"> Michal Marek, </w:t>
      </w:r>
      <w:r w:rsidR="009164D3" w:rsidRPr="00891527">
        <w:rPr>
          <w:sz w:val="24"/>
          <w:szCs w:val="24"/>
        </w:rPr>
        <w:t>předseda OS Brno</w:t>
      </w:r>
      <w:r w:rsidR="006211B7" w:rsidRPr="00891527">
        <w:rPr>
          <w:sz w:val="24"/>
          <w:szCs w:val="24"/>
        </w:rPr>
        <w:t>-město</w:t>
      </w:r>
      <w:r w:rsidR="00891527">
        <w:rPr>
          <w:sz w:val="24"/>
          <w:szCs w:val="24"/>
        </w:rPr>
        <w:tab/>
      </w:r>
      <w:r w:rsidR="00891527">
        <w:rPr>
          <w:sz w:val="24"/>
          <w:szCs w:val="24"/>
        </w:rPr>
        <w:tab/>
        <w:t>………………………………</w:t>
      </w:r>
    </w:p>
    <w:p w14:paraId="061E8589" w14:textId="77777777" w:rsidR="0084121A" w:rsidRDefault="0084121A" w:rsidP="000B107C">
      <w:pPr>
        <w:jc w:val="both"/>
        <w:rPr>
          <w:sz w:val="24"/>
          <w:szCs w:val="24"/>
        </w:rPr>
      </w:pPr>
    </w:p>
    <w:p w14:paraId="33DD5EC4" w14:textId="000FC1F1" w:rsidR="0084121A" w:rsidRDefault="002D76AF" w:rsidP="000B107C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Za TOP 09:</w:t>
      </w:r>
      <w:r w:rsidR="009164D3" w:rsidRPr="00891527">
        <w:rPr>
          <w:sz w:val="24"/>
          <w:szCs w:val="24"/>
        </w:rPr>
        <w:t xml:space="preserve"> </w:t>
      </w:r>
      <w:r w:rsidR="00836B6A" w:rsidRPr="00891527">
        <w:rPr>
          <w:sz w:val="24"/>
          <w:szCs w:val="24"/>
        </w:rPr>
        <w:t>Bc. Tomáš Aber</w:t>
      </w:r>
      <w:r w:rsidR="00AE6BFE" w:rsidRPr="00891527">
        <w:rPr>
          <w:sz w:val="24"/>
          <w:szCs w:val="24"/>
        </w:rPr>
        <w:t>l</w:t>
      </w:r>
      <w:r w:rsidR="00836B6A" w:rsidRPr="00891527">
        <w:rPr>
          <w:sz w:val="24"/>
          <w:szCs w:val="24"/>
        </w:rPr>
        <w:t>, předseda RO Brno-město</w:t>
      </w:r>
      <w:r w:rsidRPr="00891527">
        <w:rPr>
          <w:sz w:val="24"/>
          <w:szCs w:val="24"/>
        </w:rPr>
        <w:t xml:space="preserve">   </w:t>
      </w:r>
      <w:r w:rsidR="00891527">
        <w:rPr>
          <w:sz w:val="24"/>
          <w:szCs w:val="24"/>
        </w:rPr>
        <w:tab/>
      </w:r>
      <w:r w:rsidR="00891527">
        <w:rPr>
          <w:sz w:val="24"/>
          <w:szCs w:val="24"/>
        </w:rPr>
        <w:tab/>
        <w:t>………………………………</w:t>
      </w:r>
    </w:p>
    <w:p w14:paraId="67243A4B" w14:textId="77777777" w:rsidR="000B107C" w:rsidRDefault="000B107C" w:rsidP="000B107C">
      <w:pPr>
        <w:jc w:val="both"/>
        <w:rPr>
          <w:sz w:val="24"/>
          <w:szCs w:val="24"/>
        </w:rPr>
      </w:pPr>
    </w:p>
    <w:p w14:paraId="36842818" w14:textId="5CB55727" w:rsidR="00891527" w:rsidRDefault="002D76AF" w:rsidP="000B107C">
      <w:pPr>
        <w:jc w:val="both"/>
        <w:rPr>
          <w:sz w:val="24"/>
          <w:szCs w:val="24"/>
        </w:rPr>
      </w:pPr>
      <w:r w:rsidRPr="00891527">
        <w:rPr>
          <w:sz w:val="24"/>
          <w:szCs w:val="24"/>
        </w:rPr>
        <w:t>Zelené Brno</w:t>
      </w:r>
      <w:r w:rsidR="00AE6BFE" w:rsidRPr="00891527">
        <w:rPr>
          <w:sz w:val="24"/>
          <w:szCs w:val="24"/>
        </w:rPr>
        <w:t xml:space="preserve">: Mgr. Matouš Vencálek, </w:t>
      </w:r>
      <w:r w:rsidR="004111AE" w:rsidRPr="00891527">
        <w:rPr>
          <w:sz w:val="24"/>
          <w:szCs w:val="24"/>
        </w:rPr>
        <w:t>spolupředseda KO SZ JMK</w:t>
      </w:r>
      <w:r w:rsidR="00891527">
        <w:rPr>
          <w:sz w:val="24"/>
          <w:szCs w:val="24"/>
        </w:rPr>
        <w:tab/>
        <w:t>………………………………</w:t>
      </w:r>
    </w:p>
    <w:p w14:paraId="646DA08E" w14:textId="77777777" w:rsidR="0084121A" w:rsidRDefault="0084121A" w:rsidP="000B107C">
      <w:pPr>
        <w:rPr>
          <w:sz w:val="24"/>
          <w:szCs w:val="24"/>
        </w:rPr>
      </w:pPr>
    </w:p>
    <w:p w14:paraId="65C8A500" w14:textId="0F5FAC9C" w:rsidR="00E0405C" w:rsidRDefault="004443B1" w:rsidP="000B107C">
      <w:pPr>
        <w:rPr>
          <w:sz w:val="24"/>
          <w:szCs w:val="24"/>
        </w:rPr>
      </w:pPr>
      <w:r w:rsidRPr="00891527">
        <w:rPr>
          <w:sz w:val="24"/>
          <w:szCs w:val="24"/>
        </w:rPr>
        <w:t xml:space="preserve">Piráti a Fakt Brno </w:t>
      </w:r>
      <w:proofErr w:type="gramStart"/>
      <w:r w:rsidRPr="00891527">
        <w:rPr>
          <w:sz w:val="24"/>
          <w:szCs w:val="24"/>
        </w:rPr>
        <w:t>TU!</w:t>
      </w:r>
      <w:r w:rsidR="004111AE" w:rsidRPr="00891527">
        <w:rPr>
          <w:sz w:val="24"/>
          <w:szCs w:val="24"/>
        </w:rPr>
        <w:t>:</w:t>
      </w:r>
      <w:proofErr w:type="gramEnd"/>
      <w:r w:rsidR="004111AE" w:rsidRPr="00891527">
        <w:rPr>
          <w:sz w:val="24"/>
          <w:szCs w:val="24"/>
        </w:rPr>
        <w:t xml:space="preserve"> Mgr. Adam Zemek</w:t>
      </w:r>
      <w:r w:rsidR="00E4504A" w:rsidRPr="00891527">
        <w:rPr>
          <w:sz w:val="24"/>
          <w:szCs w:val="24"/>
        </w:rPr>
        <w:t>, předseda MS Brno</w:t>
      </w:r>
      <w:r w:rsidR="002D76AF" w:rsidRPr="00891527">
        <w:rPr>
          <w:sz w:val="24"/>
          <w:szCs w:val="24"/>
        </w:rPr>
        <w:t xml:space="preserve">  </w:t>
      </w:r>
      <w:r w:rsidR="00891527" w:rsidRPr="00891527">
        <w:rPr>
          <w:sz w:val="24"/>
          <w:szCs w:val="24"/>
        </w:rPr>
        <w:tab/>
        <w:t>………………………………</w:t>
      </w:r>
    </w:p>
    <w:p w14:paraId="2B379BC5" w14:textId="77777777" w:rsidR="0084121A" w:rsidRDefault="0084121A" w:rsidP="000B107C">
      <w:pPr>
        <w:rPr>
          <w:sz w:val="24"/>
          <w:szCs w:val="24"/>
        </w:rPr>
      </w:pPr>
    </w:p>
    <w:p w14:paraId="251E3828" w14:textId="47C72E27" w:rsidR="00891527" w:rsidRPr="00891527" w:rsidRDefault="002D76AF" w:rsidP="000B107C">
      <w:pPr>
        <w:spacing w:after="0"/>
        <w:rPr>
          <w:sz w:val="24"/>
          <w:szCs w:val="24"/>
        </w:rPr>
      </w:pPr>
      <w:r w:rsidRPr="00891527">
        <w:rPr>
          <w:sz w:val="24"/>
          <w:szCs w:val="24"/>
        </w:rPr>
        <w:t>Za Lužánky</w:t>
      </w:r>
      <w:r w:rsidR="00E4504A" w:rsidRPr="00891527">
        <w:rPr>
          <w:sz w:val="24"/>
          <w:szCs w:val="24"/>
        </w:rPr>
        <w:t xml:space="preserve">: Mgr. </w:t>
      </w:r>
      <w:r w:rsidR="0007517D" w:rsidRPr="00891527">
        <w:rPr>
          <w:sz w:val="24"/>
          <w:szCs w:val="24"/>
        </w:rPr>
        <w:t>e</w:t>
      </w:r>
      <w:r w:rsidR="00C42790" w:rsidRPr="00891527">
        <w:rPr>
          <w:sz w:val="24"/>
          <w:szCs w:val="24"/>
        </w:rPr>
        <w:t>t Mgr. Jana Janulíková,</w:t>
      </w:r>
      <w:r w:rsidR="0084121A">
        <w:rPr>
          <w:sz w:val="24"/>
          <w:szCs w:val="24"/>
        </w:rPr>
        <w:tab/>
      </w:r>
      <w:r w:rsidR="0084121A">
        <w:rPr>
          <w:sz w:val="24"/>
          <w:szCs w:val="24"/>
        </w:rPr>
        <w:tab/>
      </w:r>
      <w:r w:rsidR="0084121A">
        <w:rPr>
          <w:sz w:val="24"/>
          <w:szCs w:val="24"/>
        </w:rPr>
        <w:tab/>
      </w:r>
      <w:r w:rsidR="0084121A">
        <w:rPr>
          <w:sz w:val="24"/>
          <w:szCs w:val="24"/>
        </w:rPr>
        <w:tab/>
        <w:t>………………………………</w:t>
      </w:r>
    </w:p>
    <w:p w14:paraId="5D6ECB36" w14:textId="304A1541" w:rsidR="00E0405C" w:rsidRPr="00891527" w:rsidRDefault="00C42790" w:rsidP="000B107C">
      <w:pPr>
        <w:spacing w:after="0"/>
      </w:pPr>
      <w:r w:rsidRPr="00891527">
        <w:rPr>
          <w:sz w:val="24"/>
          <w:szCs w:val="24"/>
        </w:rPr>
        <w:t xml:space="preserve">pověřená podpisem za </w:t>
      </w:r>
      <w:r w:rsidR="0085117C" w:rsidRPr="00891527">
        <w:rPr>
          <w:sz w:val="24"/>
          <w:szCs w:val="24"/>
        </w:rPr>
        <w:t xml:space="preserve">hnutí </w:t>
      </w:r>
      <w:r w:rsidR="00490663" w:rsidRPr="00891527">
        <w:rPr>
          <w:sz w:val="24"/>
          <w:szCs w:val="24"/>
        </w:rPr>
        <w:t>Z</w:t>
      </w:r>
      <w:r w:rsidR="0085117C" w:rsidRPr="00891527">
        <w:rPr>
          <w:sz w:val="24"/>
          <w:szCs w:val="24"/>
        </w:rPr>
        <w:t>a Lužánky</w:t>
      </w:r>
      <w:r w:rsidRPr="00891527">
        <w:t xml:space="preserve"> </w:t>
      </w:r>
      <w:r w:rsidR="002D76AF" w:rsidRPr="00891527">
        <w:t xml:space="preserve">  </w:t>
      </w:r>
    </w:p>
    <w:p w14:paraId="44BBABAC" w14:textId="77777777" w:rsidR="002D76AF" w:rsidRPr="005B0C58" w:rsidRDefault="002D76AF" w:rsidP="000B107C">
      <w:pPr>
        <w:jc w:val="both"/>
      </w:pPr>
    </w:p>
    <w:p w14:paraId="17411220" w14:textId="77777777" w:rsidR="0084121A" w:rsidRDefault="0084121A" w:rsidP="000B107C">
      <w:pPr>
        <w:jc w:val="both"/>
      </w:pPr>
    </w:p>
    <w:p w14:paraId="452B0AA8" w14:textId="77777777" w:rsidR="0084121A" w:rsidRDefault="0084121A" w:rsidP="000B107C">
      <w:pPr>
        <w:jc w:val="both"/>
      </w:pPr>
    </w:p>
    <w:p w14:paraId="2ADB047C" w14:textId="77777777" w:rsidR="0084121A" w:rsidRDefault="0084121A" w:rsidP="00933C6A">
      <w:pPr>
        <w:jc w:val="both"/>
      </w:pPr>
    </w:p>
    <w:p w14:paraId="4CF84AA5" w14:textId="1F44BB88" w:rsidR="002D76AF" w:rsidRPr="005B0C58" w:rsidRDefault="00975532" w:rsidP="00933C6A">
      <w:pPr>
        <w:jc w:val="both"/>
      </w:pPr>
      <w:r>
        <w:t>V</w:t>
      </w:r>
      <w:r w:rsidR="002D76AF" w:rsidRPr="005B0C58">
        <w:t> Brně dne 23.</w:t>
      </w:r>
      <w:r w:rsidR="004443B1" w:rsidRPr="005B0C58">
        <w:t xml:space="preserve"> </w:t>
      </w:r>
      <w:r w:rsidR="002D76AF" w:rsidRPr="005B0C58">
        <w:t>10.</w:t>
      </w:r>
      <w:r w:rsidR="004443B1" w:rsidRPr="005B0C58">
        <w:t xml:space="preserve"> </w:t>
      </w:r>
      <w:r w:rsidR="002D76AF" w:rsidRPr="005B0C58">
        <w:t>2026</w:t>
      </w:r>
    </w:p>
    <w:p w14:paraId="20D8B346" w14:textId="77777777" w:rsidR="00182730" w:rsidRPr="005B0C58" w:rsidRDefault="00182730" w:rsidP="00933C6A">
      <w:pPr>
        <w:jc w:val="both"/>
      </w:pPr>
    </w:p>
    <w:p w14:paraId="378A7213" w14:textId="33FF7ED4" w:rsidR="00182730" w:rsidRDefault="00182730"/>
    <w:p w14:paraId="551C9F36" w14:textId="77777777" w:rsidR="004B4D17" w:rsidRDefault="004B4D17"/>
    <w:p w14:paraId="299CD229" w14:textId="0FBC86E4" w:rsidR="00F95745" w:rsidRPr="0084121A" w:rsidRDefault="00654D7E">
      <w:pPr>
        <w:rPr>
          <w:rFonts w:eastAsiaTheme="majorEastAsia" w:cstheme="majorBidi"/>
          <w:b/>
          <w:bCs/>
          <w:sz w:val="28"/>
          <w:szCs w:val="28"/>
        </w:rPr>
      </w:pPr>
      <w:r w:rsidRPr="0084121A">
        <w:rPr>
          <w:rFonts w:eastAsiaTheme="majorEastAsia" w:cstheme="majorBidi"/>
          <w:b/>
          <w:bCs/>
          <w:sz w:val="28"/>
          <w:szCs w:val="28"/>
        </w:rPr>
        <w:lastRenderedPageBreak/>
        <w:t xml:space="preserve">Zvolení zastupitelé města Brna připojují svoje podpisy: </w:t>
      </w:r>
    </w:p>
    <w:p w14:paraId="3AB4C21E" w14:textId="77777777" w:rsidR="00BA1E6E" w:rsidRDefault="00BA1E6E">
      <w:pPr>
        <w:rPr>
          <w:rFonts w:eastAsiaTheme="majorEastAsia" w:cstheme="majorBidi"/>
          <w:b/>
          <w:bCs/>
          <w:sz w:val="24"/>
          <w:szCs w:val="28"/>
        </w:rPr>
      </w:pPr>
    </w:p>
    <w:p w14:paraId="0AB3BB45" w14:textId="4EB59FE9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Bc.​ Jakub </w:t>
      </w:r>
      <w:r w:rsidR="00BA1E6E" w:rsidRPr="00CC1069">
        <w:rPr>
          <w:rFonts w:eastAsiaTheme="majorEastAsia" w:cstheme="majorBidi"/>
        </w:rPr>
        <w:t xml:space="preserve">Hruška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2C240DB3" w14:textId="2227FB86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JUDr.​ Irena </w:t>
      </w:r>
      <w:r w:rsidR="00BA1E6E" w:rsidRPr="00CC1069">
        <w:rPr>
          <w:rFonts w:eastAsiaTheme="majorEastAsia" w:cstheme="majorBidi"/>
        </w:rPr>
        <w:t xml:space="preserve">Matonohová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7E2E5860" w14:textId="6A1B46FE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>Mgr. Marie ​</w:t>
      </w:r>
      <w:r w:rsidR="00BA1E6E" w:rsidRPr="00CC1069">
        <w:rPr>
          <w:rFonts w:eastAsiaTheme="majorEastAsia" w:cstheme="majorBidi"/>
        </w:rPr>
        <w:t xml:space="preserve">Jílková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1902042F" w14:textId="337F5FD5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Radomír </w:t>
      </w:r>
      <w:r w:rsidR="00BA1E6E" w:rsidRPr="00CC1069">
        <w:rPr>
          <w:rFonts w:eastAsiaTheme="majorEastAsia" w:cstheme="majorBidi"/>
        </w:rPr>
        <w:t>Vondra ​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7D673073" w14:textId="75D5BF61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Martin </w:t>
      </w:r>
      <w:r w:rsidR="00BA1E6E" w:rsidRPr="00CC1069">
        <w:rPr>
          <w:rFonts w:eastAsiaTheme="majorEastAsia" w:cstheme="majorBidi"/>
        </w:rPr>
        <w:t>Černý ​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7ABAA083" w14:textId="5C959074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Petr </w:t>
      </w:r>
      <w:r w:rsidR="00BA1E6E" w:rsidRPr="00CC1069">
        <w:rPr>
          <w:rFonts w:eastAsiaTheme="majorEastAsia" w:cstheme="majorBidi"/>
        </w:rPr>
        <w:t>Bořecký ​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64ACC1CA" w14:textId="70D39F15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Mgr.​ Martin </w:t>
      </w:r>
      <w:r w:rsidR="00BA1E6E" w:rsidRPr="00CC1069">
        <w:rPr>
          <w:rFonts w:eastAsiaTheme="majorEastAsia" w:cstheme="majorBidi"/>
        </w:rPr>
        <w:t xml:space="preserve">Maleček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52935A7E" w14:textId="018AECE2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Mgr.​ Filip </w:t>
      </w:r>
      <w:r w:rsidR="00BA1E6E" w:rsidRPr="00CC1069">
        <w:rPr>
          <w:rFonts w:eastAsiaTheme="majorEastAsia" w:cstheme="majorBidi"/>
        </w:rPr>
        <w:t xml:space="preserve">Leder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7A037421" w14:textId="49AE3E24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Libor </w:t>
      </w:r>
      <w:r w:rsidR="00BA1E6E" w:rsidRPr="00CC1069">
        <w:rPr>
          <w:rFonts w:eastAsiaTheme="majorEastAsia" w:cstheme="majorBidi"/>
        </w:rPr>
        <w:t>Zabloudil ​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718B0674" w14:textId="3C92D315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 Patrik </w:t>
      </w:r>
      <w:proofErr w:type="spellStart"/>
      <w:r w:rsidR="00BA1E6E" w:rsidRPr="00CC1069">
        <w:rPr>
          <w:rFonts w:eastAsiaTheme="majorEastAsia" w:cstheme="majorBidi"/>
        </w:rPr>
        <w:t>Cibere</w:t>
      </w:r>
      <w:proofErr w:type="spellEnd"/>
      <w:r w:rsidR="00BA1E6E"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7D8382B4" w14:textId="206C5214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 Mgr.​ Kateřina </w:t>
      </w:r>
      <w:proofErr w:type="spellStart"/>
      <w:r w:rsidR="00BA1E6E" w:rsidRPr="00CC1069">
        <w:rPr>
          <w:rFonts w:eastAsiaTheme="majorEastAsia" w:cstheme="majorBidi"/>
        </w:rPr>
        <w:t>Basel</w:t>
      </w:r>
      <w:proofErr w:type="spellEnd"/>
      <w:r w:rsidR="00BA1E6E"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393A2941" w14:textId="769586C7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 et Mgr.​ Tereza </w:t>
      </w:r>
      <w:r w:rsidR="00BA1E6E" w:rsidRPr="00CC1069">
        <w:rPr>
          <w:rFonts w:eastAsiaTheme="majorEastAsia" w:cstheme="majorBidi"/>
        </w:rPr>
        <w:t xml:space="preserve">Chladilová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074D71D1" w14:textId="6160855D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Ing.​ Simona </w:t>
      </w:r>
      <w:r w:rsidR="00BA1E6E" w:rsidRPr="00CC1069">
        <w:rPr>
          <w:rFonts w:eastAsiaTheme="majorEastAsia" w:cstheme="majorBidi"/>
        </w:rPr>
        <w:t xml:space="preserve">Ondroušková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4114122D" w14:textId="6319167B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RNDr. Filip </w:t>
      </w:r>
      <w:r w:rsidR="00BA1E6E" w:rsidRPr="00CC1069">
        <w:rPr>
          <w:rFonts w:eastAsiaTheme="majorEastAsia" w:cstheme="majorBidi"/>
        </w:rPr>
        <w:t>Chvátal Ph.D.​</w:t>
      </w:r>
      <w:r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3A0A2B7A" w14:textId="67B89010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Bc.​ Štěpán </w:t>
      </w:r>
      <w:r w:rsidR="00BA1E6E" w:rsidRPr="00CC1069">
        <w:rPr>
          <w:rFonts w:eastAsiaTheme="majorEastAsia" w:cstheme="majorBidi"/>
        </w:rPr>
        <w:t xml:space="preserve">Juránek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3391B1FD" w14:textId="5A06FE5D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Mgr.​ Tereza </w:t>
      </w:r>
      <w:r w:rsidR="00BA1E6E" w:rsidRPr="00CC1069">
        <w:rPr>
          <w:rFonts w:eastAsiaTheme="majorEastAsia" w:cstheme="majorBidi"/>
        </w:rPr>
        <w:t xml:space="preserve">Karafiátová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3987E6F2" w14:textId="77777777" w:rsidR="00BA1E6E" w:rsidRPr="00CC1069" w:rsidRDefault="00BA1E6E" w:rsidP="00CC1069">
      <w:pPr>
        <w:spacing w:line="360" w:lineRule="auto"/>
        <w:rPr>
          <w:rFonts w:eastAsiaTheme="majorEastAsia" w:cstheme="majorBidi"/>
        </w:rPr>
      </w:pPr>
    </w:p>
    <w:p w14:paraId="77F6184F" w14:textId="4CE68EB0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MgA. Kamila </w:t>
      </w:r>
      <w:r w:rsidR="00BA1E6E" w:rsidRPr="00CC1069">
        <w:rPr>
          <w:rFonts w:eastAsiaTheme="majorEastAsia" w:cstheme="majorBidi"/>
        </w:rPr>
        <w:t>Zlatušková Ph.D.​</w:t>
      </w:r>
      <w:r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690FBB14" w14:textId="2E7BA1EF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Ing.​ Andrea </w:t>
      </w:r>
      <w:r w:rsidR="00BA1E6E" w:rsidRPr="00CC1069">
        <w:rPr>
          <w:rFonts w:eastAsiaTheme="majorEastAsia" w:cstheme="majorBidi"/>
        </w:rPr>
        <w:t xml:space="preserve">Pazderová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1B88CB08" w14:textId="58002BC8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 Mgr.​ Martin </w:t>
      </w:r>
      <w:proofErr w:type="spellStart"/>
      <w:r w:rsidR="00BA1E6E" w:rsidRPr="00CC1069">
        <w:rPr>
          <w:rFonts w:eastAsiaTheme="majorEastAsia" w:cstheme="majorBidi"/>
        </w:rPr>
        <w:t>Basel</w:t>
      </w:r>
      <w:proofErr w:type="spellEnd"/>
      <w:r w:rsidR="00BA1E6E"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69E1A06F" w14:textId="4D0C6597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 arch.​ Vojtěch </w:t>
      </w:r>
      <w:r w:rsidR="00BA1E6E" w:rsidRPr="00CC1069">
        <w:rPr>
          <w:rFonts w:eastAsiaTheme="majorEastAsia" w:cstheme="majorBidi"/>
        </w:rPr>
        <w:t xml:space="preserve">Mencl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0FD4BAD0" w14:textId="199C8F52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lastRenderedPageBreak/>
        <w:t xml:space="preserve">JUDr. PhDr. Martin </w:t>
      </w:r>
      <w:r w:rsidR="00BA1E6E" w:rsidRPr="00CC1069">
        <w:rPr>
          <w:rFonts w:eastAsiaTheme="majorEastAsia" w:cstheme="majorBidi"/>
        </w:rPr>
        <w:t>Příborský</w:t>
      </w:r>
      <w:r>
        <w:rPr>
          <w:rFonts w:eastAsiaTheme="majorEastAsia" w:cstheme="majorBidi"/>
        </w:rPr>
        <w:t>,</w:t>
      </w:r>
      <w:r w:rsidR="00BA1E6E" w:rsidRPr="00CC1069">
        <w:rPr>
          <w:rFonts w:eastAsiaTheme="majorEastAsia" w:cstheme="majorBidi"/>
        </w:rPr>
        <w:t xml:space="preserve"> EMLE​</w:t>
      </w:r>
      <w:r>
        <w:rPr>
          <w:rFonts w:eastAsiaTheme="majorEastAsia" w:cstheme="majorBidi"/>
        </w:rPr>
        <w:tab/>
        <w:t>…………………………………………………</w:t>
      </w:r>
    </w:p>
    <w:p w14:paraId="6F0F7408" w14:textId="2632F357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Mgr.​ Martin </w:t>
      </w:r>
      <w:proofErr w:type="spellStart"/>
      <w:r w:rsidR="00BA1E6E" w:rsidRPr="00CC1069">
        <w:rPr>
          <w:rFonts w:eastAsiaTheme="majorEastAsia" w:cstheme="majorBidi"/>
        </w:rPr>
        <w:t>Silnica</w:t>
      </w:r>
      <w:proofErr w:type="spellEnd"/>
      <w:r w:rsidR="00BA1E6E"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3EE35922" w14:textId="0BAE0D13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Ing.​ David </w:t>
      </w:r>
      <w:r w:rsidR="00BA1E6E" w:rsidRPr="00CC1069">
        <w:rPr>
          <w:rFonts w:eastAsiaTheme="majorEastAsia" w:cstheme="majorBidi"/>
        </w:rPr>
        <w:t xml:space="preserve">Grund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32DF3B81" w14:textId="2F385BC8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Ing.​ David </w:t>
      </w:r>
      <w:proofErr w:type="spellStart"/>
      <w:r w:rsidR="00BA1E6E" w:rsidRPr="00CC1069">
        <w:rPr>
          <w:rFonts w:eastAsiaTheme="majorEastAsia" w:cstheme="majorBidi"/>
        </w:rPr>
        <w:t>Trllo</w:t>
      </w:r>
      <w:proofErr w:type="spellEnd"/>
      <w:r w:rsidR="00BA1E6E"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38FA88A6" w14:textId="2025E53E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Mgr.​ Michal </w:t>
      </w:r>
      <w:r w:rsidR="00BA1E6E" w:rsidRPr="00CC1069">
        <w:rPr>
          <w:rFonts w:eastAsiaTheme="majorEastAsia" w:cstheme="majorBidi"/>
        </w:rPr>
        <w:t xml:space="preserve">Chládek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3B0A07ED" w14:textId="68D85057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Ing.​ Pavel </w:t>
      </w:r>
      <w:proofErr w:type="spellStart"/>
      <w:r w:rsidR="00BA1E6E" w:rsidRPr="00CC1069">
        <w:rPr>
          <w:rFonts w:eastAsiaTheme="majorEastAsia" w:cstheme="majorBidi"/>
        </w:rPr>
        <w:t>Urubek</w:t>
      </w:r>
      <w:proofErr w:type="spellEnd"/>
      <w:r w:rsidR="00BA1E6E"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64E9175C" w14:textId="4D8F0B1F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Mgr.​ Vladan </w:t>
      </w:r>
      <w:r w:rsidR="00BA1E6E" w:rsidRPr="00CC1069">
        <w:rPr>
          <w:rFonts w:eastAsiaTheme="majorEastAsia" w:cstheme="majorBidi"/>
        </w:rPr>
        <w:t xml:space="preserve">Krásný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0D8575C3" w14:textId="77777777" w:rsidR="00BA1E6E" w:rsidRPr="00CC1069" w:rsidRDefault="00BA1E6E" w:rsidP="00CC1069">
      <w:pPr>
        <w:spacing w:line="360" w:lineRule="auto"/>
        <w:rPr>
          <w:rFonts w:eastAsiaTheme="majorEastAsia" w:cstheme="majorBidi"/>
        </w:rPr>
      </w:pPr>
    </w:p>
    <w:p w14:paraId="0ED553C5" w14:textId="1E5132EA" w:rsidR="00CC1069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>MgA. Natálie Vencovská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02428D8F" w14:textId="03AA8539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Ing.​ Jana </w:t>
      </w:r>
      <w:r w:rsidR="00BA1E6E" w:rsidRPr="00CC1069">
        <w:rPr>
          <w:rFonts w:eastAsiaTheme="majorEastAsia" w:cstheme="majorBidi"/>
        </w:rPr>
        <w:t xml:space="preserve">Drápalová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4E3D4838" w14:textId="2207C807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JUDr.​ Kristýna </w:t>
      </w:r>
      <w:r w:rsidR="00BA1E6E" w:rsidRPr="00CC1069">
        <w:rPr>
          <w:rFonts w:eastAsiaTheme="majorEastAsia" w:cstheme="majorBidi"/>
        </w:rPr>
        <w:t xml:space="preserve">Fuchsová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200858B3" w14:textId="3FC590D5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Mgr.​ Jasna </w:t>
      </w:r>
      <w:r w:rsidR="00BA1E6E" w:rsidRPr="00CC1069">
        <w:rPr>
          <w:rFonts w:eastAsiaTheme="majorEastAsia" w:cstheme="majorBidi"/>
        </w:rPr>
        <w:t xml:space="preserve">Flamiková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7B3F9906" w14:textId="7BC5C55E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Ing.​ Petr </w:t>
      </w:r>
      <w:r w:rsidR="00BA1E6E" w:rsidRPr="00CC1069">
        <w:rPr>
          <w:rFonts w:eastAsiaTheme="majorEastAsia" w:cstheme="majorBidi"/>
        </w:rPr>
        <w:t xml:space="preserve">Kunc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2AC0C393" w14:textId="6D31A3FA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Jiří​ </w:t>
      </w:r>
      <w:proofErr w:type="spellStart"/>
      <w:r w:rsidR="00BA1E6E" w:rsidRPr="00CC1069">
        <w:rPr>
          <w:rFonts w:eastAsiaTheme="majorEastAsia" w:cstheme="majorBidi"/>
        </w:rPr>
        <w:t>Malenovský</w:t>
      </w:r>
      <w:proofErr w:type="spellEnd"/>
      <w:r w:rsidR="00BA1E6E"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35E98259" w14:textId="77777777" w:rsidR="00BA1E6E" w:rsidRPr="00CC1069" w:rsidRDefault="00BA1E6E" w:rsidP="00CC1069">
      <w:pPr>
        <w:spacing w:line="360" w:lineRule="auto"/>
        <w:rPr>
          <w:rFonts w:eastAsiaTheme="majorEastAsia" w:cstheme="majorBidi"/>
        </w:rPr>
      </w:pPr>
    </w:p>
    <w:p w14:paraId="0772E14F" w14:textId="7F9D2B11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 arch. Jitka </w:t>
      </w:r>
      <w:r w:rsidR="00BA1E6E" w:rsidRPr="00CC1069">
        <w:rPr>
          <w:rFonts w:eastAsiaTheme="majorEastAsia" w:cstheme="majorBidi"/>
        </w:rPr>
        <w:t>Bidlová Ph.D.​</w:t>
      </w:r>
      <w:r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5D3A5868" w14:textId="246C9F57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Mgr.​ Marek </w:t>
      </w:r>
      <w:r w:rsidR="00BA1E6E" w:rsidRPr="00CC1069">
        <w:rPr>
          <w:rFonts w:eastAsiaTheme="majorEastAsia" w:cstheme="majorBidi"/>
        </w:rPr>
        <w:t xml:space="preserve">Lahoda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5BFC6204" w14:textId="5692334A" w:rsidR="00BA1E6E" w:rsidRPr="00CC1069" w:rsidRDefault="00CC1069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 xml:space="preserve">Ing. David </w:t>
      </w:r>
      <w:r w:rsidR="00BA1E6E" w:rsidRPr="00CC1069">
        <w:rPr>
          <w:rFonts w:eastAsiaTheme="majorEastAsia" w:cstheme="majorBidi"/>
        </w:rPr>
        <w:t>Pokorný Ph.D.​</w:t>
      </w:r>
      <w:r w:rsidRPr="00CC1069">
        <w:rPr>
          <w:rFonts w:eastAsiaTheme="majorEastAsia" w:cstheme="majorBidi"/>
        </w:rPr>
        <w:t xml:space="preserve"> </w:t>
      </w:r>
      <w:r>
        <w:rPr>
          <w:rFonts w:eastAsiaTheme="majorEastAsia" w:cstheme="majorBidi"/>
        </w:rPr>
        <w:tab/>
      </w:r>
      <w:r>
        <w:rPr>
          <w:rFonts w:eastAsiaTheme="majorEastAsia" w:cstheme="majorBidi"/>
        </w:rPr>
        <w:tab/>
        <w:t>…………………………………………………</w:t>
      </w:r>
    </w:p>
    <w:p w14:paraId="77CD49F5" w14:textId="77777777" w:rsidR="00BA1E6E" w:rsidRPr="00CC1069" w:rsidRDefault="00BA1E6E" w:rsidP="00CC1069">
      <w:pPr>
        <w:spacing w:line="360" w:lineRule="auto"/>
        <w:rPr>
          <w:rFonts w:eastAsiaTheme="majorEastAsia" w:cstheme="majorBidi"/>
        </w:rPr>
      </w:pPr>
    </w:p>
    <w:p w14:paraId="04892502" w14:textId="130C5405" w:rsidR="00BA1E6E" w:rsidRPr="00CC1069" w:rsidRDefault="00BA1E6E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>Koláčný Tomáš Bc.​</w:t>
      </w:r>
      <w:r w:rsidR="00CC1069" w:rsidRPr="00CC1069">
        <w:rPr>
          <w:rFonts w:eastAsiaTheme="majorEastAsia" w:cstheme="majorBidi"/>
        </w:rPr>
        <w:t xml:space="preserve"> </w:t>
      </w:r>
      <w:r w:rsidR="00CC1069">
        <w:rPr>
          <w:rFonts w:eastAsiaTheme="majorEastAsia" w:cstheme="majorBidi"/>
        </w:rPr>
        <w:tab/>
      </w:r>
      <w:r w:rsidR="00CC1069">
        <w:rPr>
          <w:rFonts w:eastAsiaTheme="majorEastAsia" w:cstheme="majorBidi"/>
        </w:rPr>
        <w:tab/>
      </w:r>
      <w:r w:rsidR="00CC1069">
        <w:rPr>
          <w:rFonts w:eastAsiaTheme="majorEastAsia" w:cstheme="majorBidi"/>
        </w:rPr>
        <w:tab/>
        <w:t>…………………………………………………</w:t>
      </w:r>
    </w:p>
    <w:p w14:paraId="41A328C5" w14:textId="5AFFF737" w:rsidR="00BA1E6E" w:rsidRPr="00CC1069" w:rsidRDefault="00BA1E6E" w:rsidP="00CC1069">
      <w:pPr>
        <w:spacing w:line="360" w:lineRule="auto"/>
        <w:rPr>
          <w:rFonts w:eastAsiaTheme="majorEastAsia" w:cstheme="majorBidi"/>
        </w:rPr>
      </w:pPr>
      <w:r w:rsidRPr="00CC1069">
        <w:rPr>
          <w:rFonts w:eastAsiaTheme="majorEastAsia" w:cstheme="majorBidi"/>
        </w:rPr>
        <w:t>Winkler Lukáš Bc.​</w:t>
      </w:r>
      <w:r w:rsidR="00CC1069" w:rsidRPr="00CC1069">
        <w:rPr>
          <w:rFonts w:eastAsiaTheme="majorEastAsia" w:cstheme="majorBidi"/>
        </w:rPr>
        <w:t xml:space="preserve"> </w:t>
      </w:r>
      <w:r w:rsidR="00CC1069">
        <w:rPr>
          <w:rFonts w:eastAsiaTheme="majorEastAsia" w:cstheme="majorBidi"/>
        </w:rPr>
        <w:tab/>
      </w:r>
      <w:r w:rsidR="00CC1069">
        <w:rPr>
          <w:rFonts w:eastAsiaTheme="majorEastAsia" w:cstheme="majorBidi"/>
        </w:rPr>
        <w:tab/>
      </w:r>
      <w:r w:rsidR="00CC1069">
        <w:rPr>
          <w:rFonts w:eastAsiaTheme="majorEastAsia" w:cstheme="majorBidi"/>
        </w:rPr>
        <w:tab/>
        <w:t>…………………………………………………</w:t>
      </w:r>
    </w:p>
    <w:sectPr w:rsidR="00BA1E6E" w:rsidRPr="00CC106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47" w:right="1417" w:bottom="119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810DE" w14:textId="77777777" w:rsidR="006D508E" w:rsidRDefault="006D508E" w:rsidP="0019646C">
      <w:pPr>
        <w:spacing w:after="0" w:line="240" w:lineRule="auto"/>
      </w:pPr>
      <w:r>
        <w:separator/>
      </w:r>
    </w:p>
  </w:endnote>
  <w:endnote w:type="continuationSeparator" w:id="0">
    <w:p w14:paraId="70179245" w14:textId="77777777" w:rsidR="006D508E" w:rsidRDefault="006D508E" w:rsidP="00196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86F02" w14:textId="77777777" w:rsidR="0019646C" w:rsidRDefault="0019646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0349830"/>
      <w:docPartObj>
        <w:docPartGallery w:val="Page Numbers (Bottom of Page)"/>
        <w:docPartUnique/>
      </w:docPartObj>
    </w:sdtPr>
    <w:sdtContent>
      <w:p w14:paraId="0430FF9C" w14:textId="63C95F93" w:rsidR="0019646C" w:rsidRDefault="0019646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3100E4" w14:textId="77777777" w:rsidR="0019646C" w:rsidRDefault="0019646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75A2" w14:textId="77777777" w:rsidR="0019646C" w:rsidRDefault="001964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25D8D" w14:textId="77777777" w:rsidR="006D508E" w:rsidRDefault="006D508E" w:rsidP="0019646C">
      <w:pPr>
        <w:spacing w:after="0" w:line="240" w:lineRule="auto"/>
      </w:pPr>
      <w:r>
        <w:separator/>
      </w:r>
    </w:p>
  </w:footnote>
  <w:footnote w:type="continuationSeparator" w:id="0">
    <w:p w14:paraId="5179123A" w14:textId="77777777" w:rsidR="006D508E" w:rsidRDefault="006D508E" w:rsidP="00196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D0143" w14:textId="77777777" w:rsidR="0019646C" w:rsidRDefault="0019646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9396" w14:textId="77777777" w:rsidR="0019646C" w:rsidRDefault="0019646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8653" w14:textId="77777777" w:rsidR="0019646C" w:rsidRDefault="0019646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902AC1"/>
    <w:multiLevelType w:val="hybridMultilevel"/>
    <w:tmpl w:val="561AB8C4"/>
    <w:lvl w:ilvl="0" w:tplc="FFFAAD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56702"/>
    <w:multiLevelType w:val="hybridMultilevel"/>
    <w:tmpl w:val="EA9CE314"/>
    <w:lvl w:ilvl="0" w:tplc="3850D7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204C3"/>
    <w:multiLevelType w:val="hybridMultilevel"/>
    <w:tmpl w:val="CD92D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E0848"/>
    <w:multiLevelType w:val="hybridMultilevel"/>
    <w:tmpl w:val="4D6C78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E176F"/>
    <w:multiLevelType w:val="hybridMultilevel"/>
    <w:tmpl w:val="80B633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96DED"/>
    <w:multiLevelType w:val="hybridMultilevel"/>
    <w:tmpl w:val="E27664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7448C"/>
    <w:multiLevelType w:val="hybridMultilevel"/>
    <w:tmpl w:val="E3DE3E9E"/>
    <w:lvl w:ilvl="0" w:tplc="46A0FCAC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00C9E"/>
    <w:multiLevelType w:val="hybridMultilevel"/>
    <w:tmpl w:val="D4AA20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A48C3"/>
    <w:multiLevelType w:val="hybridMultilevel"/>
    <w:tmpl w:val="740688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E03B0"/>
    <w:multiLevelType w:val="hybridMultilevel"/>
    <w:tmpl w:val="663EF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26E3C"/>
    <w:multiLevelType w:val="hybridMultilevel"/>
    <w:tmpl w:val="9DBEF5AE"/>
    <w:lvl w:ilvl="0" w:tplc="554A9384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46C8A"/>
    <w:multiLevelType w:val="hybridMultilevel"/>
    <w:tmpl w:val="7C3A2D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36B71"/>
    <w:multiLevelType w:val="hybridMultilevel"/>
    <w:tmpl w:val="D6D06C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397675"/>
    <w:multiLevelType w:val="hybridMultilevel"/>
    <w:tmpl w:val="BA0CF9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702E0"/>
    <w:multiLevelType w:val="hybridMultilevel"/>
    <w:tmpl w:val="E5FA3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0C5239"/>
    <w:multiLevelType w:val="hybridMultilevel"/>
    <w:tmpl w:val="CAD61D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B5EA5"/>
    <w:multiLevelType w:val="hybridMultilevel"/>
    <w:tmpl w:val="516AA7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676592">
    <w:abstractNumId w:val="8"/>
  </w:num>
  <w:num w:numId="2" w16cid:durableId="1095786362">
    <w:abstractNumId w:val="6"/>
  </w:num>
  <w:num w:numId="3" w16cid:durableId="1693603396">
    <w:abstractNumId w:val="5"/>
  </w:num>
  <w:num w:numId="4" w16cid:durableId="1849714801">
    <w:abstractNumId w:val="4"/>
  </w:num>
  <w:num w:numId="5" w16cid:durableId="1614361906">
    <w:abstractNumId w:val="7"/>
  </w:num>
  <w:num w:numId="6" w16cid:durableId="635454056">
    <w:abstractNumId w:val="3"/>
  </w:num>
  <w:num w:numId="7" w16cid:durableId="1309627793">
    <w:abstractNumId w:val="2"/>
  </w:num>
  <w:num w:numId="8" w16cid:durableId="514268200">
    <w:abstractNumId w:val="1"/>
  </w:num>
  <w:num w:numId="9" w16cid:durableId="117185009">
    <w:abstractNumId w:val="0"/>
  </w:num>
  <w:num w:numId="10" w16cid:durableId="1566917352">
    <w:abstractNumId w:val="9"/>
  </w:num>
  <w:num w:numId="11" w16cid:durableId="1586062900">
    <w:abstractNumId w:val="10"/>
  </w:num>
  <w:num w:numId="12" w16cid:durableId="1998798637">
    <w:abstractNumId w:val="24"/>
  </w:num>
  <w:num w:numId="13" w16cid:durableId="167211953">
    <w:abstractNumId w:val="15"/>
  </w:num>
  <w:num w:numId="14" w16cid:durableId="137654286">
    <w:abstractNumId w:val="19"/>
  </w:num>
  <w:num w:numId="15" w16cid:durableId="680666411">
    <w:abstractNumId w:val="12"/>
  </w:num>
  <w:num w:numId="16" w16cid:durableId="2114549235">
    <w:abstractNumId w:val="16"/>
  </w:num>
  <w:num w:numId="17" w16cid:durableId="1922517177">
    <w:abstractNumId w:val="25"/>
  </w:num>
  <w:num w:numId="18" w16cid:durableId="823663568">
    <w:abstractNumId w:val="18"/>
  </w:num>
  <w:num w:numId="19" w16cid:durableId="1416705826">
    <w:abstractNumId w:val="14"/>
  </w:num>
  <w:num w:numId="20" w16cid:durableId="1045259192">
    <w:abstractNumId w:val="21"/>
  </w:num>
  <w:num w:numId="21" w16cid:durableId="802964498">
    <w:abstractNumId w:val="13"/>
  </w:num>
  <w:num w:numId="22" w16cid:durableId="454638142">
    <w:abstractNumId w:val="11"/>
  </w:num>
  <w:num w:numId="23" w16cid:durableId="1500389527">
    <w:abstractNumId w:val="23"/>
  </w:num>
  <w:num w:numId="24" w16cid:durableId="341665981">
    <w:abstractNumId w:val="20"/>
  </w:num>
  <w:num w:numId="25" w16cid:durableId="371542121">
    <w:abstractNumId w:val="17"/>
  </w:num>
  <w:num w:numId="26" w16cid:durableId="2394987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D05"/>
    <w:rsid w:val="00024B08"/>
    <w:rsid w:val="0002792E"/>
    <w:rsid w:val="00030BC3"/>
    <w:rsid w:val="00032BF5"/>
    <w:rsid w:val="00034616"/>
    <w:rsid w:val="0006063C"/>
    <w:rsid w:val="000669F5"/>
    <w:rsid w:val="00071DA5"/>
    <w:rsid w:val="0007517D"/>
    <w:rsid w:val="000A33A8"/>
    <w:rsid w:val="000A40BB"/>
    <w:rsid w:val="000B107C"/>
    <w:rsid w:val="000F0231"/>
    <w:rsid w:val="000F5616"/>
    <w:rsid w:val="00107106"/>
    <w:rsid w:val="001263DF"/>
    <w:rsid w:val="00127B5D"/>
    <w:rsid w:val="0015074B"/>
    <w:rsid w:val="00154515"/>
    <w:rsid w:val="00156FEF"/>
    <w:rsid w:val="00157BEA"/>
    <w:rsid w:val="00164DAC"/>
    <w:rsid w:val="00176329"/>
    <w:rsid w:val="00182730"/>
    <w:rsid w:val="001858A3"/>
    <w:rsid w:val="0019646C"/>
    <w:rsid w:val="001A33FB"/>
    <w:rsid w:val="001A3A19"/>
    <w:rsid w:val="001C0C79"/>
    <w:rsid w:val="001C7CC5"/>
    <w:rsid w:val="001E3909"/>
    <w:rsid w:val="001E7F5E"/>
    <w:rsid w:val="001F66F5"/>
    <w:rsid w:val="002576E8"/>
    <w:rsid w:val="002654D7"/>
    <w:rsid w:val="00265728"/>
    <w:rsid w:val="00285923"/>
    <w:rsid w:val="00295029"/>
    <w:rsid w:val="0029639D"/>
    <w:rsid w:val="002B3A1D"/>
    <w:rsid w:val="002D2835"/>
    <w:rsid w:val="002D76AF"/>
    <w:rsid w:val="00301E64"/>
    <w:rsid w:val="00321DD6"/>
    <w:rsid w:val="00322E53"/>
    <w:rsid w:val="0032321F"/>
    <w:rsid w:val="00326F90"/>
    <w:rsid w:val="003404CB"/>
    <w:rsid w:val="00345036"/>
    <w:rsid w:val="00345C10"/>
    <w:rsid w:val="00367B70"/>
    <w:rsid w:val="003846C1"/>
    <w:rsid w:val="00396C73"/>
    <w:rsid w:val="00397977"/>
    <w:rsid w:val="003E6113"/>
    <w:rsid w:val="004111AE"/>
    <w:rsid w:val="004313A7"/>
    <w:rsid w:val="004443B1"/>
    <w:rsid w:val="00453291"/>
    <w:rsid w:val="004655B7"/>
    <w:rsid w:val="0047505C"/>
    <w:rsid w:val="00490663"/>
    <w:rsid w:val="00492B98"/>
    <w:rsid w:val="004B4D17"/>
    <w:rsid w:val="004D31E0"/>
    <w:rsid w:val="00514223"/>
    <w:rsid w:val="00547901"/>
    <w:rsid w:val="005529AA"/>
    <w:rsid w:val="00555841"/>
    <w:rsid w:val="0055715B"/>
    <w:rsid w:val="005749B1"/>
    <w:rsid w:val="00581D13"/>
    <w:rsid w:val="0058793A"/>
    <w:rsid w:val="00597BFC"/>
    <w:rsid w:val="005B0C58"/>
    <w:rsid w:val="005C60D4"/>
    <w:rsid w:val="005C7A13"/>
    <w:rsid w:val="005F501E"/>
    <w:rsid w:val="005F5F0B"/>
    <w:rsid w:val="00603B5B"/>
    <w:rsid w:val="006113EE"/>
    <w:rsid w:val="006211B7"/>
    <w:rsid w:val="00641DA8"/>
    <w:rsid w:val="00654A67"/>
    <w:rsid w:val="00654D7E"/>
    <w:rsid w:val="006700F6"/>
    <w:rsid w:val="00674739"/>
    <w:rsid w:val="00677BE0"/>
    <w:rsid w:val="00694CE7"/>
    <w:rsid w:val="006A0B28"/>
    <w:rsid w:val="006B284A"/>
    <w:rsid w:val="006B6264"/>
    <w:rsid w:val="006B72E9"/>
    <w:rsid w:val="006C103B"/>
    <w:rsid w:val="006D508E"/>
    <w:rsid w:val="006D642F"/>
    <w:rsid w:val="006E77DB"/>
    <w:rsid w:val="006F233D"/>
    <w:rsid w:val="00703445"/>
    <w:rsid w:val="007223D4"/>
    <w:rsid w:val="0072502F"/>
    <w:rsid w:val="00735199"/>
    <w:rsid w:val="00740012"/>
    <w:rsid w:val="007511BE"/>
    <w:rsid w:val="00760724"/>
    <w:rsid w:val="007640E2"/>
    <w:rsid w:val="00785F89"/>
    <w:rsid w:val="007A54CE"/>
    <w:rsid w:val="007B625C"/>
    <w:rsid w:val="007C1AED"/>
    <w:rsid w:val="007C4D00"/>
    <w:rsid w:val="007F0DE1"/>
    <w:rsid w:val="007F5692"/>
    <w:rsid w:val="00803BFF"/>
    <w:rsid w:val="00807C89"/>
    <w:rsid w:val="00813007"/>
    <w:rsid w:val="008205EB"/>
    <w:rsid w:val="0082312D"/>
    <w:rsid w:val="00836B6A"/>
    <w:rsid w:val="0084121A"/>
    <w:rsid w:val="0085117C"/>
    <w:rsid w:val="00853CB0"/>
    <w:rsid w:val="00864A6D"/>
    <w:rsid w:val="00885E43"/>
    <w:rsid w:val="00891527"/>
    <w:rsid w:val="008A32A4"/>
    <w:rsid w:val="008A5393"/>
    <w:rsid w:val="008A6153"/>
    <w:rsid w:val="008C38CB"/>
    <w:rsid w:val="008D64FF"/>
    <w:rsid w:val="009164D3"/>
    <w:rsid w:val="00933C6A"/>
    <w:rsid w:val="00937D6E"/>
    <w:rsid w:val="00952498"/>
    <w:rsid w:val="00975532"/>
    <w:rsid w:val="00987A78"/>
    <w:rsid w:val="00994DF2"/>
    <w:rsid w:val="009A2FCF"/>
    <w:rsid w:val="009B249A"/>
    <w:rsid w:val="009C5AD5"/>
    <w:rsid w:val="009D7E56"/>
    <w:rsid w:val="009E05BA"/>
    <w:rsid w:val="009E2E4C"/>
    <w:rsid w:val="00A142C0"/>
    <w:rsid w:val="00A224F6"/>
    <w:rsid w:val="00A41A5B"/>
    <w:rsid w:val="00A814CB"/>
    <w:rsid w:val="00A92DC3"/>
    <w:rsid w:val="00A97563"/>
    <w:rsid w:val="00AA1D8D"/>
    <w:rsid w:val="00AA6ABD"/>
    <w:rsid w:val="00AC3DD5"/>
    <w:rsid w:val="00AE6BFE"/>
    <w:rsid w:val="00B01C31"/>
    <w:rsid w:val="00B2258C"/>
    <w:rsid w:val="00B318B6"/>
    <w:rsid w:val="00B34D06"/>
    <w:rsid w:val="00B350BD"/>
    <w:rsid w:val="00B47730"/>
    <w:rsid w:val="00B8608C"/>
    <w:rsid w:val="00BA0E89"/>
    <w:rsid w:val="00BA1E6E"/>
    <w:rsid w:val="00BC4A61"/>
    <w:rsid w:val="00BD2966"/>
    <w:rsid w:val="00BF05D6"/>
    <w:rsid w:val="00C0652F"/>
    <w:rsid w:val="00C158F1"/>
    <w:rsid w:val="00C42790"/>
    <w:rsid w:val="00C53081"/>
    <w:rsid w:val="00C65D6B"/>
    <w:rsid w:val="00C7259C"/>
    <w:rsid w:val="00C74611"/>
    <w:rsid w:val="00CA130B"/>
    <w:rsid w:val="00CA2BE4"/>
    <w:rsid w:val="00CA7961"/>
    <w:rsid w:val="00CB0664"/>
    <w:rsid w:val="00CB1D00"/>
    <w:rsid w:val="00CB3F66"/>
    <w:rsid w:val="00CB6070"/>
    <w:rsid w:val="00CB74F1"/>
    <w:rsid w:val="00CC1069"/>
    <w:rsid w:val="00CC37AE"/>
    <w:rsid w:val="00CC39A4"/>
    <w:rsid w:val="00CD3D2E"/>
    <w:rsid w:val="00CD6E20"/>
    <w:rsid w:val="00CE3543"/>
    <w:rsid w:val="00D01608"/>
    <w:rsid w:val="00D02246"/>
    <w:rsid w:val="00D07C78"/>
    <w:rsid w:val="00D12F4A"/>
    <w:rsid w:val="00D22D2F"/>
    <w:rsid w:val="00D34FC4"/>
    <w:rsid w:val="00D36C96"/>
    <w:rsid w:val="00D8692F"/>
    <w:rsid w:val="00DC3273"/>
    <w:rsid w:val="00DF2B35"/>
    <w:rsid w:val="00E0405C"/>
    <w:rsid w:val="00E07984"/>
    <w:rsid w:val="00E318F8"/>
    <w:rsid w:val="00E35532"/>
    <w:rsid w:val="00E43F29"/>
    <w:rsid w:val="00E4504A"/>
    <w:rsid w:val="00E70340"/>
    <w:rsid w:val="00E734E7"/>
    <w:rsid w:val="00E84CA8"/>
    <w:rsid w:val="00E86D92"/>
    <w:rsid w:val="00EA4EB8"/>
    <w:rsid w:val="00F16812"/>
    <w:rsid w:val="00F303CC"/>
    <w:rsid w:val="00F51733"/>
    <w:rsid w:val="00F64047"/>
    <w:rsid w:val="00F81074"/>
    <w:rsid w:val="00F900D4"/>
    <w:rsid w:val="00F90E7C"/>
    <w:rsid w:val="00F95745"/>
    <w:rsid w:val="00FC693F"/>
    <w:rsid w:val="00FD1BD7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9A067E6-A4A8-4E88-93A2-53C54B47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Times New Roman" w:hAnsi="Times New Roman"/>
      <w:color w:val="000000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6A0B28"/>
    <w:pPr>
      <w:spacing w:after="0" w:line="240" w:lineRule="auto"/>
    </w:pPr>
    <w:rPr>
      <w:rFonts w:ascii="Times New Roman" w:hAnsi="Times New Roman"/>
      <w:color w:val="000000"/>
      <w:lang w:val="cs-CZ"/>
    </w:rPr>
  </w:style>
  <w:style w:type="character" w:styleId="Hypertextovodkaz">
    <w:name w:val="Hyperlink"/>
    <w:basedOn w:val="Standardnpsmoodstavce"/>
    <w:uiPriority w:val="99"/>
    <w:unhideWhenUsed/>
    <w:rsid w:val="006A0B2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A0B28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33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33A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33A8"/>
    <w:rPr>
      <w:rFonts w:ascii="Times New Roman" w:hAnsi="Times New Roman"/>
      <w:color w:val="000000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33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33A8"/>
    <w:rPr>
      <w:rFonts w:ascii="Times New Roman" w:hAnsi="Times New Roman"/>
      <w:b/>
      <w:bCs/>
      <w:color w:val="000000"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1546</Words>
  <Characters>9127</Characters>
  <Application>Microsoft Office Word</Application>
  <DocSecurity>0</DocSecurity>
  <Lines>76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Koaliční smlouva Brno 2026–2030</vt:lpstr>
      <vt:lpstr/>
    </vt:vector>
  </TitlesOfParts>
  <Manager/>
  <Company/>
  <LinksUpToDate>false</LinksUpToDate>
  <CharactersWithSpaces>10652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Koaliční smlouva Brno 2026–2030</dc:title>
  <dc:subject/>
  <dc:creator>python-docx</dc:creator>
  <cp:keywords/>
  <dc:description>generated by python-docx</dc:description>
  <cp:lastModifiedBy>Malá Stanislava (MMB_ORGO)</cp:lastModifiedBy>
  <cp:revision>17</cp:revision>
  <cp:lastPrinted>2026-10-22T05:22:00Z</cp:lastPrinted>
  <dcterms:created xsi:type="dcterms:W3CDTF">2026-10-22T04:25:00Z</dcterms:created>
  <dcterms:modified xsi:type="dcterms:W3CDTF">2026-10-22T08:07:00Z</dcterms:modified>
  <cp:category/>
</cp:coreProperties>
</file>